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5CB2" w14:textId="77777777" w:rsidR="00844D8E" w:rsidRDefault="00000000">
      <w:pPr>
        <w:spacing w:after="80"/>
        <w:jc w:val="center"/>
      </w:pPr>
      <w:r>
        <w:rPr>
          <w:b/>
        </w:rPr>
        <w:t>BOSNA I HERCEGOVINA</w:t>
      </w:r>
    </w:p>
    <w:p w14:paraId="1AF4DC54" w14:textId="77777777" w:rsidR="00844D8E" w:rsidRDefault="00000000">
      <w:pPr>
        <w:spacing w:after="80"/>
        <w:jc w:val="center"/>
      </w:pPr>
      <w:r>
        <w:rPr>
          <w:b/>
        </w:rPr>
        <w:t>FEDERACIJA BOSNE I HERCEGOVINE</w:t>
      </w:r>
    </w:p>
    <w:p w14:paraId="3EB536D1" w14:textId="77777777" w:rsidR="00844D8E" w:rsidRDefault="00000000">
      <w:pPr>
        <w:spacing w:after="80"/>
        <w:jc w:val="center"/>
      </w:pPr>
      <w:r>
        <w:rPr>
          <w:b/>
        </w:rPr>
        <w:t>TUZLANSKI KANTON</w:t>
      </w:r>
    </w:p>
    <w:p w14:paraId="4904C186" w14:textId="77777777" w:rsidR="00844D8E" w:rsidRDefault="00000000">
      <w:pPr>
        <w:spacing w:after="80"/>
        <w:jc w:val="center"/>
      </w:pPr>
      <w:r>
        <w:rPr>
          <w:b/>
        </w:rPr>
        <w:t>GRAD GRAČANICA</w:t>
      </w:r>
    </w:p>
    <w:p w14:paraId="5681041A" w14:textId="77777777" w:rsidR="00844D8E" w:rsidRDefault="00000000">
      <w:pPr>
        <w:spacing w:after="80"/>
        <w:jc w:val="center"/>
      </w:pPr>
      <w:r>
        <w:rPr>
          <w:b/>
        </w:rPr>
        <w:t>PRIJAVNI OBRAZAC</w:t>
      </w:r>
    </w:p>
    <w:p w14:paraId="2E872BCB" w14:textId="77777777" w:rsidR="00844D8E" w:rsidRDefault="00000000">
      <w:pPr>
        <w:spacing w:after="80"/>
        <w:jc w:val="center"/>
      </w:pPr>
      <w:r>
        <w:rPr>
          <w:b/>
        </w:rPr>
        <w:t>za učešće na Javnom pozivu za odabir korisnika projekta</w:t>
      </w:r>
    </w:p>
    <w:p w14:paraId="6834FCA3" w14:textId="77777777" w:rsidR="00CE4E44" w:rsidRPr="00CE4E44" w:rsidRDefault="00CE4E44" w:rsidP="00CE4E44">
      <w:pPr>
        <w:jc w:val="center"/>
      </w:pPr>
      <w:r w:rsidRPr="00CE4E44">
        <w:rPr>
          <w:b/>
        </w:rPr>
        <w:t>„</w:t>
      </w:r>
      <w:proofErr w:type="spellStart"/>
      <w:r w:rsidRPr="00CE4E44">
        <w:rPr>
          <w:b/>
        </w:rPr>
        <w:t>Sanacija</w:t>
      </w:r>
      <w:proofErr w:type="spellEnd"/>
      <w:r w:rsidRPr="00CE4E44">
        <w:rPr>
          <w:b/>
        </w:rPr>
        <w:t xml:space="preserve"> </w:t>
      </w:r>
      <w:proofErr w:type="spellStart"/>
      <w:r w:rsidRPr="00CE4E44">
        <w:rPr>
          <w:b/>
        </w:rPr>
        <w:t>i</w:t>
      </w:r>
      <w:proofErr w:type="spellEnd"/>
      <w:r w:rsidRPr="00CE4E44">
        <w:rPr>
          <w:b/>
        </w:rPr>
        <w:t xml:space="preserve"> </w:t>
      </w:r>
      <w:proofErr w:type="spellStart"/>
      <w:r w:rsidRPr="00CE4E44">
        <w:rPr>
          <w:b/>
        </w:rPr>
        <w:t>rekonstrukcija</w:t>
      </w:r>
      <w:proofErr w:type="spellEnd"/>
      <w:r w:rsidRPr="00CE4E44">
        <w:rPr>
          <w:b/>
        </w:rPr>
        <w:t xml:space="preserve"> </w:t>
      </w:r>
      <w:proofErr w:type="spellStart"/>
      <w:r w:rsidRPr="00CE4E44">
        <w:rPr>
          <w:b/>
        </w:rPr>
        <w:t>stambenih</w:t>
      </w:r>
      <w:proofErr w:type="spellEnd"/>
      <w:r w:rsidRPr="00CE4E44">
        <w:rPr>
          <w:b/>
        </w:rPr>
        <w:t xml:space="preserve"> </w:t>
      </w:r>
      <w:proofErr w:type="spellStart"/>
      <w:r w:rsidRPr="00CE4E44">
        <w:rPr>
          <w:b/>
        </w:rPr>
        <w:t>objekata</w:t>
      </w:r>
      <w:proofErr w:type="spellEnd"/>
      <w:r w:rsidRPr="00CE4E44">
        <w:rPr>
          <w:b/>
        </w:rPr>
        <w:t xml:space="preserve"> u </w:t>
      </w:r>
      <w:proofErr w:type="spellStart"/>
      <w:r w:rsidRPr="00CE4E44">
        <w:rPr>
          <w:b/>
        </w:rPr>
        <w:t>vlasništvu</w:t>
      </w:r>
      <w:proofErr w:type="spellEnd"/>
      <w:r w:rsidRPr="00CE4E44">
        <w:rPr>
          <w:b/>
        </w:rPr>
        <w:t xml:space="preserve"> Roma </w:t>
      </w:r>
      <w:proofErr w:type="spellStart"/>
      <w:r w:rsidRPr="00CE4E44">
        <w:rPr>
          <w:b/>
        </w:rPr>
        <w:t>na</w:t>
      </w:r>
      <w:proofErr w:type="spellEnd"/>
      <w:r w:rsidRPr="00CE4E44">
        <w:rPr>
          <w:b/>
        </w:rPr>
        <w:t xml:space="preserve"> </w:t>
      </w:r>
      <w:proofErr w:type="spellStart"/>
      <w:r w:rsidRPr="00CE4E44">
        <w:rPr>
          <w:b/>
        </w:rPr>
        <w:t>području</w:t>
      </w:r>
      <w:proofErr w:type="spellEnd"/>
      <w:r w:rsidRPr="00CE4E44">
        <w:rPr>
          <w:b/>
        </w:rPr>
        <w:t xml:space="preserve"> </w:t>
      </w:r>
      <w:proofErr w:type="spellStart"/>
      <w:r w:rsidRPr="00CE4E44">
        <w:rPr>
          <w:b/>
        </w:rPr>
        <w:t>grada</w:t>
      </w:r>
      <w:proofErr w:type="spellEnd"/>
      <w:r w:rsidRPr="00CE4E44">
        <w:rPr>
          <w:b/>
        </w:rPr>
        <w:t xml:space="preserve"> </w:t>
      </w:r>
      <w:proofErr w:type="spellStart"/>
      <w:proofErr w:type="gramStart"/>
      <w:r w:rsidRPr="00CE4E44">
        <w:rPr>
          <w:b/>
        </w:rPr>
        <w:t>Gračanice</w:t>
      </w:r>
      <w:proofErr w:type="spellEnd"/>
      <w:r w:rsidRPr="00CE4E44">
        <w:rPr>
          <w:b/>
        </w:rPr>
        <w:t>“</w:t>
      </w:r>
      <w:proofErr w:type="gramEnd"/>
    </w:p>
    <w:p w14:paraId="463DEFC0" w14:textId="77777777" w:rsidR="00844D8E" w:rsidRDefault="00000000">
      <w:pPr>
        <w:spacing w:after="80"/>
      </w:pPr>
      <w:proofErr w:type="spellStart"/>
      <w:r>
        <w:t>Obrazac</w:t>
      </w:r>
      <w:proofErr w:type="spellEnd"/>
      <w:r>
        <w:t xml:space="preserve"> </w:t>
      </w:r>
      <w:proofErr w:type="spellStart"/>
      <w:r>
        <w:t>popuniti</w:t>
      </w:r>
      <w:proofErr w:type="spellEnd"/>
      <w:r>
        <w:t xml:space="preserve"> </w:t>
      </w:r>
      <w:proofErr w:type="spellStart"/>
      <w:r>
        <w:t>čitko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potpuno. Uz prijavu dostaviti dokumentaciju navedenu u odjeljku IX.</w:t>
      </w:r>
    </w:p>
    <w:p w14:paraId="51236B65" w14:textId="77777777" w:rsidR="00844D8E" w:rsidRDefault="00000000">
      <w:pPr>
        <w:pStyle w:val="Heading1"/>
      </w:pPr>
      <w:r>
        <w:t>I. PODACI O PODNOSIOCU PRIJAVE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4910"/>
      </w:tblGrid>
      <w:tr w:rsidR="00844D8E" w14:paraId="673B5D15" w14:textId="77777777">
        <w:trPr>
          <w:jc w:val="center"/>
        </w:trPr>
        <w:tc>
          <w:tcPr>
            <w:tcW w:w="4929" w:type="dxa"/>
          </w:tcPr>
          <w:p w14:paraId="46703EF3" w14:textId="77777777" w:rsidR="00844D8E" w:rsidRDefault="00000000">
            <w:pPr>
              <w:rPr>
                <w:sz w:val="20"/>
              </w:rPr>
            </w:pPr>
            <w:r>
              <w:rPr>
                <w:sz w:val="20"/>
              </w:rPr>
              <w:t xml:space="preserve">Ime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prezime</w:t>
            </w:r>
            <w:proofErr w:type="spellEnd"/>
            <w:r>
              <w:rPr>
                <w:sz w:val="20"/>
              </w:rPr>
              <w:t>:</w:t>
            </w:r>
          </w:p>
          <w:p w14:paraId="56DBE8F1" w14:textId="77777777" w:rsidR="009F4647" w:rsidRDefault="009F4647"/>
        </w:tc>
        <w:tc>
          <w:tcPr>
            <w:tcW w:w="4929" w:type="dxa"/>
          </w:tcPr>
          <w:p w14:paraId="7AA1AE32" w14:textId="77777777" w:rsidR="009F4647" w:rsidRDefault="009F4647">
            <w:pPr>
              <w:rPr>
                <w:sz w:val="20"/>
              </w:rPr>
            </w:pPr>
          </w:p>
          <w:p w14:paraId="4D844AEE" w14:textId="4FE0B58C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1A0EDA51" w14:textId="77777777">
        <w:trPr>
          <w:jc w:val="center"/>
        </w:trPr>
        <w:tc>
          <w:tcPr>
            <w:tcW w:w="4929" w:type="dxa"/>
          </w:tcPr>
          <w:p w14:paraId="37B6CC70" w14:textId="77777777" w:rsidR="00844D8E" w:rsidRDefault="00000000">
            <w:pPr>
              <w:rPr>
                <w:sz w:val="20"/>
              </w:rPr>
            </w:pPr>
            <w:r>
              <w:rPr>
                <w:sz w:val="20"/>
              </w:rPr>
              <w:t xml:space="preserve">Ime </w:t>
            </w:r>
            <w:proofErr w:type="spellStart"/>
            <w:r>
              <w:rPr>
                <w:sz w:val="20"/>
              </w:rPr>
              <w:t>jednog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roditelja</w:t>
            </w:r>
            <w:proofErr w:type="spellEnd"/>
            <w:r>
              <w:rPr>
                <w:sz w:val="20"/>
              </w:rPr>
              <w:t>:</w:t>
            </w:r>
          </w:p>
          <w:p w14:paraId="6B6ED98D" w14:textId="77777777" w:rsidR="009F4647" w:rsidRDefault="009F4647"/>
        </w:tc>
        <w:tc>
          <w:tcPr>
            <w:tcW w:w="4929" w:type="dxa"/>
          </w:tcPr>
          <w:p w14:paraId="75B67FBC" w14:textId="77777777" w:rsidR="009F4647" w:rsidRDefault="009F4647">
            <w:pPr>
              <w:rPr>
                <w:sz w:val="20"/>
              </w:rPr>
            </w:pPr>
          </w:p>
          <w:p w14:paraId="169CD7C8" w14:textId="27A4BB69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695FE32C" w14:textId="77777777">
        <w:trPr>
          <w:jc w:val="center"/>
        </w:trPr>
        <w:tc>
          <w:tcPr>
            <w:tcW w:w="4929" w:type="dxa"/>
          </w:tcPr>
          <w:p w14:paraId="3F0AF5A2" w14:textId="77777777" w:rsidR="00844D8E" w:rsidRDefault="00000000">
            <w:pPr>
              <w:rPr>
                <w:sz w:val="20"/>
              </w:rPr>
            </w:pPr>
            <w:r>
              <w:rPr>
                <w:sz w:val="20"/>
              </w:rPr>
              <w:t>JMBG:</w:t>
            </w:r>
          </w:p>
          <w:p w14:paraId="46DA13EA" w14:textId="77777777" w:rsidR="009F4647" w:rsidRDefault="009F4647"/>
        </w:tc>
        <w:tc>
          <w:tcPr>
            <w:tcW w:w="4929" w:type="dxa"/>
          </w:tcPr>
          <w:p w14:paraId="7F140E62" w14:textId="77777777" w:rsidR="009F4647" w:rsidRDefault="009F4647">
            <w:pPr>
              <w:rPr>
                <w:sz w:val="20"/>
              </w:rPr>
            </w:pPr>
          </w:p>
          <w:p w14:paraId="373AE494" w14:textId="754F5245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5A7A421B" w14:textId="77777777">
        <w:trPr>
          <w:jc w:val="center"/>
        </w:trPr>
        <w:tc>
          <w:tcPr>
            <w:tcW w:w="4929" w:type="dxa"/>
          </w:tcPr>
          <w:p w14:paraId="5BD3D57D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Adresa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prebivališta</w:t>
            </w:r>
            <w:proofErr w:type="spellEnd"/>
            <w:r>
              <w:rPr>
                <w:sz w:val="20"/>
              </w:rPr>
              <w:t>:</w:t>
            </w:r>
          </w:p>
          <w:p w14:paraId="1E9AEDEC" w14:textId="77777777" w:rsidR="009F4647" w:rsidRDefault="009F4647"/>
        </w:tc>
        <w:tc>
          <w:tcPr>
            <w:tcW w:w="4929" w:type="dxa"/>
          </w:tcPr>
          <w:p w14:paraId="1760408D" w14:textId="77777777" w:rsidR="009F4647" w:rsidRDefault="009F4647">
            <w:pPr>
              <w:rPr>
                <w:sz w:val="20"/>
              </w:rPr>
            </w:pPr>
          </w:p>
          <w:p w14:paraId="38A62F88" w14:textId="3F78C667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035439FD" w14:textId="77777777">
        <w:trPr>
          <w:jc w:val="center"/>
        </w:trPr>
        <w:tc>
          <w:tcPr>
            <w:tcW w:w="4929" w:type="dxa"/>
          </w:tcPr>
          <w:p w14:paraId="10A7EB40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Mjesna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zajednica</w:t>
            </w:r>
            <w:proofErr w:type="spellEnd"/>
            <w:r>
              <w:rPr>
                <w:sz w:val="20"/>
              </w:rPr>
              <w:t>:</w:t>
            </w:r>
          </w:p>
          <w:p w14:paraId="1F46ED83" w14:textId="77777777" w:rsidR="009F4647" w:rsidRDefault="009F4647"/>
        </w:tc>
        <w:tc>
          <w:tcPr>
            <w:tcW w:w="4929" w:type="dxa"/>
          </w:tcPr>
          <w:p w14:paraId="2784F423" w14:textId="77777777" w:rsidR="009F4647" w:rsidRDefault="009F4647">
            <w:pPr>
              <w:rPr>
                <w:sz w:val="20"/>
              </w:rPr>
            </w:pPr>
          </w:p>
          <w:p w14:paraId="7F127D0C" w14:textId="6299209C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357E2E29" w14:textId="77777777">
        <w:trPr>
          <w:jc w:val="center"/>
        </w:trPr>
        <w:tc>
          <w:tcPr>
            <w:tcW w:w="4929" w:type="dxa"/>
          </w:tcPr>
          <w:p w14:paraId="2294163F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mobitel</w:t>
            </w:r>
            <w:proofErr w:type="spellEnd"/>
            <w:r>
              <w:rPr>
                <w:sz w:val="20"/>
              </w:rPr>
              <w:t>:</w:t>
            </w:r>
          </w:p>
          <w:p w14:paraId="51413F81" w14:textId="77777777" w:rsidR="009F4647" w:rsidRDefault="009F4647"/>
        </w:tc>
        <w:tc>
          <w:tcPr>
            <w:tcW w:w="4929" w:type="dxa"/>
          </w:tcPr>
          <w:p w14:paraId="5B454B56" w14:textId="77777777" w:rsidR="009F4647" w:rsidRDefault="009F4647">
            <w:pPr>
              <w:rPr>
                <w:sz w:val="20"/>
              </w:rPr>
            </w:pPr>
          </w:p>
          <w:p w14:paraId="4F2E123B" w14:textId="3296B909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617A407B" w14:textId="77777777">
        <w:trPr>
          <w:jc w:val="center"/>
        </w:trPr>
        <w:tc>
          <w:tcPr>
            <w:tcW w:w="4929" w:type="dxa"/>
          </w:tcPr>
          <w:p w14:paraId="1FEFDC3C" w14:textId="77777777" w:rsidR="00844D8E" w:rsidRDefault="00000000">
            <w:pPr>
              <w:rPr>
                <w:sz w:val="20"/>
              </w:rPr>
            </w:pPr>
            <w:r>
              <w:rPr>
                <w:sz w:val="20"/>
              </w:rPr>
              <w:t>E-mail:</w:t>
            </w:r>
          </w:p>
          <w:p w14:paraId="44BDB4BC" w14:textId="77777777" w:rsidR="009F4647" w:rsidRDefault="009F4647"/>
        </w:tc>
        <w:tc>
          <w:tcPr>
            <w:tcW w:w="4929" w:type="dxa"/>
          </w:tcPr>
          <w:p w14:paraId="0C7520D9" w14:textId="77777777" w:rsidR="009F4647" w:rsidRDefault="009F4647">
            <w:pPr>
              <w:rPr>
                <w:sz w:val="20"/>
              </w:rPr>
            </w:pPr>
          </w:p>
          <w:p w14:paraId="3CCB61F8" w14:textId="0C67FD82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</w:tbl>
    <w:p w14:paraId="2A08A346" w14:textId="77777777" w:rsidR="00844D8E" w:rsidRDefault="00000000">
      <w:pPr>
        <w:pStyle w:val="Heading1"/>
      </w:pPr>
      <w:r>
        <w:t>II. PODACI O STAMBENOM OBJEKTU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1"/>
        <w:gridCol w:w="4907"/>
      </w:tblGrid>
      <w:tr w:rsidR="00844D8E" w14:paraId="3ADE6E9B" w14:textId="77777777">
        <w:trPr>
          <w:jc w:val="center"/>
        </w:trPr>
        <w:tc>
          <w:tcPr>
            <w:tcW w:w="4929" w:type="dxa"/>
          </w:tcPr>
          <w:p w14:paraId="511E83DD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Adresa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objekta</w:t>
            </w:r>
            <w:proofErr w:type="spellEnd"/>
            <w:r>
              <w:rPr>
                <w:sz w:val="20"/>
              </w:rPr>
              <w:t>:</w:t>
            </w:r>
          </w:p>
          <w:p w14:paraId="286C802F" w14:textId="77777777" w:rsidR="009F4647" w:rsidRDefault="009F4647"/>
        </w:tc>
        <w:tc>
          <w:tcPr>
            <w:tcW w:w="4929" w:type="dxa"/>
          </w:tcPr>
          <w:p w14:paraId="38BDAF25" w14:textId="77777777" w:rsidR="009F4647" w:rsidRDefault="009F4647">
            <w:pPr>
              <w:rPr>
                <w:sz w:val="20"/>
              </w:rPr>
            </w:pPr>
          </w:p>
          <w:p w14:paraId="657E570D" w14:textId="154CA75F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0F23347A" w14:textId="77777777">
        <w:trPr>
          <w:jc w:val="center"/>
        </w:trPr>
        <w:tc>
          <w:tcPr>
            <w:tcW w:w="4929" w:type="dxa"/>
          </w:tcPr>
          <w:p w14:paraId="419CB7AB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Mjesna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zajednica</w:t>
            </w:r>
            <w:proofErr w:type="spellEnd"/>
            <w:r>
              <w:rPr>
                <w:sz w:val="20"/>
              </w:rPr>
              <w:t>:</w:t>
            </w:r>
          </w:p>
          <w:p w14:paraId="024604D5" w14:textId="77777777" w:rsidR="009F4647" w:rsidRDefault="009F4647"/>
        </w:tc>
        <w:tc>
          <w:tcPr>
            <w:tcW w:w="4929" w:type="dxa"/>
          </w:tcPr>
          <w:p w14:paraId="51E04B1B" w14:textId="77777777" w:rsidR="009F4647" w:rsidRDefault="009F4647">
            <w:pPr>
              <w:rPr>
                <w:sz w:val="20"/>
              </w:rPr>
            </w:pPr>
          </w:p>
          <w:p w14:paraId="53340EA8" w14:textId="5FF4EACB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1D8FB043" w14:textId="77777777">
        <w:trPr>
          <w:jc w:val="center"/>
        </w:trPr>
        <w:tc>
          <w:tcPr>
            <w:tcW w:w="4929" w:type="dxa"/>
          </w:tcPr>
          <w:p w14:paraId="6EEC2BAA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suvlasnik</w:t>
            </w:r>
            <w:proofErr w:type="spellEnd"/>
            <w:r>
              <w:rPr>
                <w:sz w:val="20"/>
              </w:rPr>
              <w:t>:</w:t>
            </w:r>
          </w:p>
          <w:p w14:paraId="54A0F6F3" w14:textId="77777777" w:rsidR="009F4647" w:rsidRDefault="009F4647"/>
        </w:tc>
        <w:tc>
          <w:tcPr>
            <w:tcW w:w="4929" w:type="dxa"/>
          </w:tcPr>
          <w:p w14:paraId="499DF082" w14:textId="77777777" w:rsidR="009F4647" w:rsidRDefault="009F4647">
            <w:pPr>
              <w:rPr>
                <w:sz w:val="20"/>
              </w:rPr>
            </w:pPr>
          </w:p>
          <w:p w14:paraId="3E2E9ED2" w14:textId="24AE3116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26BBB6F5" w14:textId="77777777">
        <w:trPr>
          <w:jc w:val="center"/>
        </w:trPr>
        <w:tc>
          <w:tcPr>
            <w:tcW w:w="4929" w:type="dxa"/>
          </w:tcPr>
          <w:p w14:paraId="3588101D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Osnov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vlasništva</w:t>
            </w:r>
            <w:proofErr w:type="spellEnd"/>
            <w:r>
              <w:rPr>
                <w:sz w:val="20"/>
              </w:rPr>
              <w:t>:</w:t>
            </w:r>
          </w:p>
          <w:p w14:paraId="2C69C93E" w14:textId="77777777" w:rsidR="009F4647" w:rsidRDefault="009F4647"/>
        </w:tc>
        <w:tc>
          <w:tcPr>
            <w:tcW w:w="4929" w:type="dxa"/>
          </w:tcPr>
          <w:p w14:paraId="3A83A481" w14:textId="77777777" w:rsidR="009F4647" w:rsidRDefault="009F4647">
            <w:pPr>
              <w:rPr>
                <w:sz w:val="20"/>
              </w:rPr>
            </w:pPr>
          </w:p>
          <w:p w14:paraId="715A0D43" w14:textId="674AAB79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  <w:tr w:rsidR="00844D8E" w14:paraId="3C5F6D24" w14:textId="77777777">
        <w:trPr>
          <w:jc w:val="center"/>
        </w:trPr>
        <w:tc>
          <w:tcPr>
            <w:tcW w:w="4929" w:type="dxa"/>
          </w:tcPr>
          <w:p w14:paraId="6811FE10" w14:textId="77777777" w:rsidR="00844D8E" w:rsidRDefault="0000000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Površina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objekta</w:t>
            </w:r>
            <w:proofErr w:type="spellEnd"/>
            <w:r>
              <w:rPr>
                <w:sz w:val="20"/>
              </w:rPr>
              <w:t>:</w:t>
            </w:r>
          </w:p>
          <w:p w14:paraId="0A6692F9" w14:textId="77777777" w:rsidR="009F4647" w:rsidRDefault="009F4647"/>
        </w:tc>
        <w:tc>
          <w:tcPr>
            <w:tcW w:w="4929" w:type="dxa"/>
          </w:tcPr>
          <w:p w14:paraId="2EB28A42" w14:textId="77777777" w:rsidR="009F4647" w:rsidRDefault="009F4647">
            <w:pPr>
              <w:rPr>
                <w:sz w:val="20"/>
              </w:rPr>
            </w:pPr>
          </w:p>
          <w:p w14:paraId="1C211641" w14:textId="604E1618" w:rsidR="00844D8E" w:rsidRDefault="00000000">
            <w:r>
              <w:rPr>
                <w:sz w:val="20"/>
              </w:rPr>
              <w:t>____________ m²</w:t>
            </w:r>
          </w:p>
        </w:tc>
      </w:tr>
    </w:tbl>
    <w:p w14:paraId="33EADA64" w14:textId="4D8A3658" w:rsidR="00844D8E" w:rsidRDefault="00000000">
      <w:pPr>
        <w:spacing w:after="80"/>
      </w:pPr>
      <w:r>
        <w:t xml:space="preserve">Opis postojećeg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>:</w:t>
      </w:r>
      <w:r w:rsidR="005857CA">
        <w:br/>
        <w:t>_______________________________________________________________________________________</w:t>
      </w:r>
    </w:p>
    <w:p w14:paraId="0944E040" w14:textId="77777777" w:rsidR="005857CA" w:rsidRDefault="005857CA">
      <w:pPr>
        <w:spacing w:after="80"/>
      </w:pPr>
    </w:p>
    <w:p w14:paraId="0207AF5E" w14:textId="47B5A5C2" w:rsidR="005857CA" w:rsidRDefault="005857CA">
      <w:pPr>
        <w:spacing w:after="80"/>
      </w:pPr>
      <w:r>
        <w:t>_______________________________________________________________________________________</w:t>
      </w:r>
    </w:p>
    <w:p w14:paraId="34CE497B" w14:textId="77777777" w:rsidR="005857CA" w:rsidRDefault="005857CA">
      <w:pPr>
        <w:spacing w:after="80"/>
      </w:pPr>
    </w:p>
    <w:p w14:paraId="180ECF24" w14:textId="75C3E35F" w:rsidR="005857CA" w:rsidRDefault="005857CA">
      <w:pPr>
        <w:spacing w:after="80"/>
      </w:pPr>
      <w:r>
        <w:t>_______________________________________________________________________________________</w:t>
      </w:r>
    </w:p>
    <w:p w14:paraId="7EF27DC0" w14:textId="5AB56B8A" w:rsidR="005857CA" w:rsidRDefault="005857CA">
      <w:pPr>
        <w:spacing w:after="80"/>
      </w:pPr>
    </w:p>
    <w:p w14:paraId="102750FD" w14:textId="77777777" w:rsidR="005857CA" w:rsidRDefault="005857CA" w:rsidP="005857CA">
      <w:pPr>
        <w:spacing w:after="80"/>
      </w:pPr>
      <w:r>
        <w:t>_______________________________________________________________________________________</w:t>
      </w:r>
    </w:p>
    <w:p w14:paraId="4F5AB939" w14:textId="77777777" w:rsidR="005857CA" w:rsidRDefault="005857CA" w:rsidP="005857CA">
      <w:pPr>
        <w:spacing w:after="80"/>
      </w:pPr>
    </w:p>
    <w:p w14:paraId="6680AC33" w14:textId="77777777" w:rsidR="005857CA" w:rsidRDefault="005857CA" w:rsidP="005857CA">
      <w:pPr>
        <w:spacing w:after="80"/>
      </w:pPr>
      <w:r>
        <w:t>_______________________________________________________________________________________</w:t>
      </w:r>
    </w:p>
    <w:p w14:paraId="51964952" w14:textId="77777777" w:rsidR="005857CA" w:rsidRDefault="005857CA">
      <w:pPr>
        <w:pStyle w:val="Heading1"/>
      </w:pPr>
    </w:p>
    <w:p w14:paraId="5589E5BB" w14:textId="0B5EDECE" w:rsidR="00844D8E" w:rsidRDefault="00000000">
      <w:pPr>
        <w:pStyle w:val="Heading1"/>
      </w:pPr>
      <w:r>
        <w:t>III. PODACI O DOMAĆINSTVU</w:t>
      </w:r>
    </w:p>
    <w:p w14:paraId="263F0D7A" w14:textId="77777777" w:rsidR="00844D8E" w:rsidRDefault="00000000">
      <w:pPr>
        <w:spacing w:after="80"/>
      </w:pPr>
      <w:r>
        <w:t>Broj članova domaćinstva: 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1"/>
        <w:gridCol w:w="2883"/>
        <w:gridCol w:w="1920"/>
        <w:gridCol w:w="1916"/>
        <w:gridCol w:w="1948"/>
      </w:tblGrid>
      <w:tr w:rsidR="00844D8E" w14:paraId="7CE984C8" w14:textId="77777777" w:rsidTr="009F4647">
        <w:tc>
          <w:tcPr>
            <w:tcW w:w="959" w:type="dxa"/>
          </w:tcPr>
          <w:p w14:paraId="5BF4D34A" w14:textId="77777777" w:rsidR="00844D8E" w:rsidRDefault="00000000">
            <w:r>
              <w:rPr>
                <w:sz w:val="18"/>
              </w:rPr>
              <w:t>R.br.</w:t>
            </w:r>
          </w:p>
        </w:tc>
        <w:tc>
          <w:tcPr>
            <w:tcW w:w="2985" w:type="dxa"/>
          </w:tcPr>
          <w:p w14:paraId="5A5AB325" w14:textId="77777777" w:rsidR="00844D8E" w:rsidRDefault="00000000">
            <w:r>
              <w:rPr>
                <w:sz w:val="18"/>
              </w:rPr>
              <w:t>Ime i prezime</w:t>
            </w:r>
          </w:p>
        </w:tc>
        <w:tc>
          <w:tcPr>
            <w:tcW w:w="1972" w:type="dxa"/>
          </w:tcPr>
          <w:p w14:paraId="6497768B" w14:textId="77777777" w:rsidR="00844D8E" w:rsidRDefault="00000000">
            <w:r>
              <w:rPr>
                <w:sz w:val="18"/>
              </w:rPr>
              <w:t>Srodstvo</w:t>
            </w:r>
          </w:p>
        </w:tc>
        <w:tc>
          <w:tcPr>
            <w:tcW w:w="1972" w:type="dxa"/>
          </w:tcPr>
          <w:p w14:paraId="21ABA61D" w14:textId="77777777" w:rsidR="00844D8E" w:rsidRDefault="00000000">
            <w:r>
              <w:rPr>
                <w:sz w:val="18"/>
              </w:rPr>
              <w:t>Godina rođenja</w:t>
            </w:r>
          </w:p>
        </w:tc>
        <w:tc>
          <w:tcPr>
            <w:tcW w:w="1972" w:type="dxa"/>
          </w:tcPr>
          <w:p w14:paraId="5110646D" w14:textId="77777777" w:rsidR="00844D8E" w:rsidRDefault="00000000">
            <w:r>
              <w:rPr>
                <w:sz w:val="18"/>
              </w:rPr>
              <w:t>Status/zanimanje</w:t>
            </w:r>
          </w:p>
        </w:tc>
      </w:tr>
      <w:tr w:rsidR="00844D8E" w14:paraId="4A1160F7" w14:textId="77777777" w:rsidTr="009F4647">
        <w:tc>
          <w:tcPr>
            <w:tcW w:w="959" w:type="dxa"/>
          </w:tcPr>
          <w:p w14:paraId="2597EF09" w14:textId="77777777" w:rsidR="00844D8E" w:rsidRDefault="00844D8E"/>
        </w:tc>
        <w:tc>
          <w:tcPr>
            <w:tcW w:w="2985" w:type="dxa"/>
          </w:tcPr>
          <w:p w14:paraId="50B9E1D8" w14:textId="77777777" w:rsidR="00844D8E" w:rsidRDefault="00844D8E"/>
        </w:tc>
        <w:tc>
          <w:tcPr>
            <w:tcW w:w="1972" w:type="dxa"/>
          </w:tcPr>
          <w:p w14:paraId="0619F071" w14:textId="77777777" w:rsidR="00844D8E" w:rsidRDefault="00844D8E"/>
        </w:tc>
        <w:tc>
          <w:tcPr>
            <w:tcW w:w="1972" w:type="dxa"/>
          </w:tcPr>
          <w:p w14:paraId="2C29D1C7" w14:textId="77777777" w:rsidR="00844D8E" w:rsidRDefault="00844D8E"/>
        </w:tc>
        <w:tc>
          <w:tcPr>
            <w:tcW w:w="1972" w:type="dxa"/>
          </w:tcPr>
          <w:p w14:paraId="5B619802" w14:textId="77777777" w:rsidR="00844D8E" w:rsidRDefault="00844D8E"/>
        </w:tc>
      </w:tr>
      <w:tr w:rsidR="00844D8E" w14:paraId="144824DA" w14:textId="77777777" w:rsidTr="009F4647">
        <w:tc>
          <w:tcPr>
            <w:tcW w:w="959" w:type="dxa"/>
          </w:tcPr>
          <w:p w14:paraId="17C1AE36" w14:textId="77777777" w:rsidR="00844D8E" w:rsidRDefault="00844D8E"/>
        </w:tc>
        <w:tc>
          <w:tcPr>
            <w:tcW w:w="2985" w:type="dxa"/>
          </w:tcPr>
          <w:p w14:paraId="7C451638" w14:textId="77777777" w:rsidR="00844D8E" w:rsidRDefault="00844D8E"/>
        </w:tc>
        <w:tc>
          <w:tcPr>
            <w:tcW w:w="1972" w:type="dxa"/>
          </w:tcPr>
          <w:p w14:paraId="017262ED" w14:textId="77777777" w:rsidR="00844D8E" w:rsidRDefault="00844D8E"/>
        </w:tc>
        <w:tc>
          <w:tcPr>
            <w:tcW w:w="1972" w:type="dxa"/>
          </w:tcPr>
          <w:p w14:paraId="1C49C5E3" w14:textId="77777777" w:rsidR="00844D8E" w:rsidRDefault="00844D8E"/>
        </w:tc>
        <w:tc>
          <w:tcPr>
            <w:tcW w:w="1972" w:type="dxa"/>
          </w:tcPr>
          <w:p w14:paraId="55395A40" w14:textId="77777777" w:rsidR="00844D8E" w:rsidRDefault="00844D8E"/>
        </w:tc>
      </w:tr>
      <w:tr w:rsidR="00844D8E" w14:paraId="42EEEA93" w14:textId="77777777" w:rsidTr="009F4647">
        <w:tc>
          <w:tcPr>
            <w:tcW w:w="959" w:type="dxa"/>
          </w:tcPr>
          <w:p w14:paraId="2EBA8807" w14:textId="77777777" w:rsidR="00844D8E" w:rsidRDefault="00844D8E"/>
        </w:tc>
        <w:tc>
          <w:tcPr>
            <w:tcW w:w="2985" w:type="dxa"/>
          </w:tcPr>
          <w:p w14:paraId="45013D4C" w14:textId="77777777" w:rsidR="00844D8E" w:rsidRDefault="00844D8E"/>
        </w:tc>
        <w:tc>
          <w:tcPr>
            <w:tcW w:w="1972" w:type="dxa"/>
          </w:tcPr>
          <w:p w14:paraId="5B9974C2" w14:textId="77777777" w:rsidR="00844D8E" w:rsidRDefault="00844D8E"/>
        </w:tc>
        <w:tc>
          <w:tcPr>
            <w:tcW w:w="1972" w:type="dxa"/>
          </w:tcPr>
          <w:p w14:paraId="292122C0" w14:textId="77777777" w:rsidR="00844D8E" w:rsidRDefault="00844D8E"/>
        </w:tc>
        <w:tc>
          <w:tcPr>
            <w:tcW w:w="1972" w:type="dxa"/>
          </w:tcPr>
          <w:p w14:paraId="773EE548" w14:textId="77777777" w:rsidR="00844D8E" w:rsidRDefault="00844D8E"/>
        </w:tc>
      </w:tr>
      <w:tr w:rsidR="00844D8E" w14:paraId="5E6E7489" w14:textId="77777777" w:rsidTr="009F4647">
        <w:tc>
          <w:tcPr>
            <w:tcW w:w="959" w:type="dxa"/>
          </w:tcPr>
          <w:p w14:paraId="62A9E723" w14:textId="77777777" w:rsidR="00844D8E" w:rsidRDefault="00844D8E"/>
        </w:tc>
        <w:tc>
          <w:tcPr>
            <w:tcW w:w="2985" w:type="dxa"/>
          </w:tcPr>
          <w:p w14:paraId="2B150C79" w14:textId="77777777" w:rsidR="00844D8E" w:rsidRDefault="00844D8E"/>
        </w:tc>
        <w:tc>
          <w:tcPr>
            <w:tcW w:w="1972" w:type="dxa"/>
          </w:tcPr>
          <w:p w14:paraId="618C40DE" w14:textId="77777777" w:rsidR="00844D8E" w:rsidRDefault="00844D8E"/>
        </w:tc>
        <w:tc>
          <w:tcPr>
            <w:tcW w:w="1972" w:type="dxa"/>
          </w:tcPr>
          <w:p w14:paraId="5CA1665A" w14:textId="77777777" w:rsidR="00844D8E" w:rsidRDefault="00844D8E"/>
        </w:tc>
        <w:tc>
          <w:tcPr>
            <w:tcW w:w="1972" w:type="dxa"/>
          </w:tcPr>
          <w:p w14:paraId="36E08581" w14:textId="77777777" w:rsidR="00844D8E" w:rsidRDefault="00844D8E"/>
        </w:tc>
      </w:tr>
      <w:tr w:rsidR="00844D8E" w14:paraId="51CFE9D0" w14:textId="77777777" w:rsidTr="009F4647">
        <w:tc>
          <w:tcPr>
            <w:tcW w:w="959" w:type="dxa"/>
          </w:tcPr>
          <w:p w14:paraId="4E79A155" w14:textId="77777777" w:rsidR="00844D8E" w:rsidRDefault="00844D8E"/>
        </w:tc>
        <w:tc>
          <w:tcPr>
            <w:tcW w:w="2985" w:type="dxa"/>
          </w:tcPr>
          <w:p w14:paraId="2B2F137F" w14:textId="77777777" w:rsidR="00844D8E" w:rsidRDefault="00844D8E"/>
        </w:tc>
        <w:tc>
          <w:tcPr>
            <w:tcW w:w="1972" w:type="dxa"/>
          </w:tcPr>
          <w:p w14:paraId="480BABE7" w14:textId="77777777" w:rsidR="00844D8E" w:rsidRDefault="00844D8E"/>
        </w:tc>
        <w:tc>
          <w:tcPr>
            <w:tcW w:w="1972" w:type="dxa"/>
          </w:tcPr>
          <w:p w14:paraId="02CEA2AD" w14:textId="77777777" w:rsidR="00844D8E" w:rsidRDefault="00844D8E"/>
        </w:tc>
        <w:tc>
          <w:tcPr>
            <w:tcW w:w="1972" w:type="dxa"/>
          </w:tcPr>
          <w:p w14:paraId="4C436D96" w14:textId="77777777" w:rsidR="00844D8E" w:rsidRDefault="00844D8E"/>
        </w:tc>
      </w:tr>
      <w:tr w:rsidR="00844D8E" w14:paraId="5CF23A90" w14:textId="77777777" w:rsidTr="009F4647">
        <w:tc>
          <w:tcPr>
            <w:tcW w:w="959" w:type="dxa"/>
          </w:tcPr>
          <w:p w14:paraId="3049A4A2" w14:textId="77777777" w:rsidR="00844D8E" w:rsidRDefault="00844D8E"/>
        </w:tc>
        <w:tc>
          <w:tcPr>
            <w:tcW w:w="2985" w:type="dxa"/>
          </w:tcPr>
          <w:p w14:paraId="143DAD0D" w14:textId="77777777" w:rsidR="00844D8E" w:rsidRDefault="00844D8E"/>
        </w:tc>
        <w:tc>
          <w:tcPr>
            <w:tcW w:w="1972" w:type="dxa"/>
          </w:tcPr>
          <w:p w14:paraId="1D24892B" w14:textId="77777777" w:rsidR="00844D8E" w:rsidRDefault="00844D8E"/>
        </w:tc>
        <w:tc>
          <w:tcPr>
            <w:tcW w:w="1972" w:type="dxa"/>
          </w:tcPr>
          <w:p w14:paraId="1DAEE800" w14:textId="77777777" w:rsidR="00844D8E" w:rsidRDefault="00844D8E"/>
        </w:tc>
        <w:tc>
          <w:tcPr>
            <w:tcW w:w="1972" w:type="dxa"/>
          </w:tcPr>
          <w:p w14:paraId="5A071660" w14:textId="77777777" w:rsidR="00844D8E" w:rsidRDefault="00844D8E"/>
        </w:tc>
      </w:tr>
      <w:tr w:rsidR="00844D8E" w14:paraId="6E18F3CE" w14:textId="77777777" w:rsidTr="009F4647">
        <w:tc>
          <w:tcPr>
            <w:tcW w:w="959" w:type="dxa"/>
          </w:tcPr>
          <w:p w14:paraId="53BD9069" w14:textId="77777777" w:rsidR="00844D8E" w:rsidRDefault="00844D8E"/>
        </w:tc>
        <w:tc>
          <w:tcPr>
            <w:tcW w:w="2985" w:type="dxa"/>
          </w:tcPr>
          <w:p w14:paraId="2A59EDC7" w14:textId="77777777" w:rsidR="00844D8E" w:rsidRDefault="00844D8E"/>
        </w:tc>
        <w:tc>
          <w:tcPr>
            <w:tcW w:w="1972" w:type="dxa"/>
          </w:tcPr>
          <w:p w14:paraId="5703B8C5" w14:textId="77777777" w:rsidR="00844D8E" w:rsidRDefault="00844D8E"/>
        </w:tc>
        <w:tc>
          <w:tcPr>
            <w:tcW w:w="1972" w:type="dxa"/>
          </w:tcPr>
          <w:p w14:paraId="44D4305D" w14:textId="77777777" w:rsidR="00844D8E" w:rsidRDefault="00844D8E"/>
        </w:tc>
        <w:tc>
          <w:tcPr>
            <w:tcW w:w="1972" w:type="dxa"/>
          </w:tcPr>
          <w:p w14:paraId="1B502E9D" w14:textId="77777777" w:rsidR="00844D8E" w:rsidRDefault="00844D8E"/>
        </w:tc>
      </w:tr>
      <w:tr w:rsidR="00844D8E" w14:paraId="3C8EAA93" w14:textId="77777777" w:rsidTr="009F4647">
        <w:tc>
          <w:tcPr>
            <w:tcW w:w="959" w:type="dxa"/>
          </w:tcPr>
          <w:p w14:paraId="4E4E1D92" w14:textId="77777777" w:rsidR="00844D8E" w:rsidRDefault="00844D8E"/>
        </w:tc>
        <w:tc>
          <w:tcPr>
            <w:tcW w:w="2985" w:type="dxa"/>
          </w:tcPr>
          <w:p w14:paraId="25D14E12" w14:textId="77777777" w:rsidR="00844D8E" w:rsidRDefault="00844D8E"/>
        </w:tc>
        <w:tc>
          <w:tcPr>
            <w:tcW w:w="1972" w:type="dxa"/>
          </w:tcPr>
          <w:p w14:paraId="69ACCED2" w14:textId="77777777" w:rsidR="00844D8E" w:rsidRDefault="00844D8E"/>
        </w:tc>
        <w:tc>
          <w:tcPr>
            <w:tcW w:w="1972" w:type="dxa"/>
          </w:tcPr>
          <w:p w14:paraId="258736AB" w14:textId="77777777" w:rsidR="00844D8E" w:rsidRDefault="00844D8E"/>
        </w:tc>
        <w:tc>
          <w:tcPr>
            <w:tcW w:w="1972" w:type="dxa"/>
          </w:tcPr>
          <w:p w14:paraId="4F48F292" w14:textId="77777777" w:rsidR="00844D8E" w:rsidRDefault="00844D8E"/>
        </w:tc>
      </w:tr>
    </w:tbl>
    <w:p w14:paraId="48329395" w14:textId="77777777" w:rsidR="00844D8E" w:rsidRDefault="00000000">
      <w:pPr>
        <w:pStyle w:val="Heading1"/>
      </w:pPr>
      <w:r>
        <w:t>IV. STAMBENI I IMOVINSKI STATUS</w:t>
      </w:r>
    </w:p>
    <w:p w14:paraId="57548E39" w14:textId="2CE86B23" w:rsidR="00844D8E" w:rsidRDefault="00000000">
      <w:pPr>
        <w:spacing w:after="80"/>
      </w:pPr>
      <w:r>
        <w:t xml:space="preserve">1. </w:t>
      </w:r>
      <w:proofErr w:type="spellStart"/>
      <w:r w:rsidR="00AB21B7">
        <w:t>Korisnik</w:t>
      </w:r>
      <w:proofErr w:type="spellEnd"/>
      <w:r w:rsidR="00AB21B7">
        <w:t xml:space="preserve"> </w:t>
      </w:r>
      <w:proofErr w:type="spellStart"/>
      <w:r w:rsidR="00AB21B7">
        <w:t>posjeduje</w:t>
      </w:r>
      <w:proofErr w:type="spellEnd"/>
      <w:r w:rsidR="00AB21B7">
        <w:t xml:space="preserve"> </w:t>
      </w:r>
      <w:proofErr w:type="spellStart"/>
      <w:r w:rsidR="00AB21B7">
        <w:t>d</w:t>
      </w:r>
      <w:r>
        <w:t>ruga</w:t>
      </w:r>
      <w:proofErr w:type="spellEnd"/>
      <w:r>
        <w:t xml:space="preserve"> </w:t>
      </w:r>
      <w:proofErr w:type="spellStart"/>
      <w:r>
        <w:t>stambena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u BiH </w:t>
      </w:r>
      <w:proofErr w:type="spellStart"/>
      <w:r>
        <w:t>koja</w:t>
      </w:r>
      <w:proofErr w:type="spellEnd"/>
      <w:r>
        <w:t xml:space="preserve"> ispunjava minimum stambenih uslova:  ☐ </w:t>
      </w:r>
      <w:proofErr w:type="gramStart"/>
      <w:r>
        <w:t>NE  ☐</w:t>
      </w:r>
      <w:proofErr w:type="gramEnd"/>
      <w:r>
        <w:t xml:space="preserve"> DA</w:t>
      </w:r>
    </w:p>
    <w:p w14:paraId="61E10B67" w14:textId="77777777" w:rsidR="00844D8E" w:rsidRDefault="00000000">
      <w:pPr>
        <w:spacing w:after="80"/>
      </w:pPr>
      <w:r>
        <w:t>2. Predmetni objekat je ranije obuhvaćen programom sanacije/rekonstrukcije:  ☐ NE  ☐ DA</w:t>
      </w:r>
    </w:p>
    <w:p w14:paraId="117F6170" w14:textId="77777777" w:rsidR="00844D8E" w:rsidRDefault="00000000">
      <w:pPr>
        <w:spacing w:after="80"/>
      </w:pPr>
      <w:r>
        <w:t>3. Objekat se koristi za stanovanje domaćinstva:  ☐ DA  ☐ NE</w:t>
      </w:r>
    </w:p>
    <w:p w14:paraId="5EC9B231" w14:textId="77777777" w:rsidR="00844D8E" w:rsidRDefault="00000000">
      <w:pPr>
        <w:spacing w:after="80"/>
      </w:pPr>
      <w:r>
        <w:t>Konačnu procjenu stanja objekta i potrebnih radova vrši Komisija terenskim obilaskom.</w:t>
      </w:r>
    </w:p>
    <w:p w14:paraId="7AC5FDF4" w14:textId="77777777" w:rsidR="00844D8E" w:rsidRDefault="00000000">
      <w:pPr>
        <w:pStyle w:val="Heading1"/>
      </w:pPr>
      <w:r>
        <w:t>V. SOCIJALNI I ZDRAVSTVENI STATUS</w:t>
      </w:r>
    </w:p>
    <w:p w14:paraId="18AC7905" w14:textId="77777777" w:rsidR="00844D8E" w:rsidRDefault="00000000">
      <w:pPr>
        <w:spacing w:after="80"/>
      </w:pPr>
      <w:r>
        <w:t>☐ domaćinstvo bez zaposlenih članova</w:t>
      </w:r>
    </w:p>
    <w:p w14:paraId="2BAB8691" w14:textId="77777777" w:rsidR="00844D8E" w:rsidRDefault="00000000">
      <w:pPr>
        <w:spacing w:after="80"/>
      </w:pPr>
      <w:r>
        <w:t>☐ korisnik/član domaćinstva prima penziju</w:t>
      </w:r>
    </w:p>
    <w:p w14:paraId="6E5622AB" w14:textId="77777777" w:rsidR="00844D8E" w:rsidRDefault="00000000">
      <w:pPr>
        <w:spacing w:after="80"/>
      </w:pPr>
      <w:r>
        <w:t>☐ korisnik/član domaćinstva prima socijalna davanja</w:t>
      </w:r>
    </w:p>
    <w:p w14:paraId="797CEA96" w14:textId="77777777" w:rsidR="00844D8E" w:rsidRDefault="00000000">
      <w:pPr>
        <w:spacing w:after="80"/>
      </w:pPr>
      <w:r>
        <w:t>☐ domaćinstvo ima člana sa invaliditetom</w:t>
      </w:r>
    </w:p>
    <w:p w14:paraId="48406F0F" w14:textId="77777777" w:rsidR="00844D8E" w:rsidRDefault="00000000">
      <w:pPr>
        <w:spacing w:after="80"/>
      </w:pPr>
      <w:r>
        <w:t>☐ domaćinstvo ima člana sa utvrđenim zdravstvenim statusom relevantnim za bodovanje</w:t>
      </w:r>
    </w:p>
    <w:p w14:paraId="6AF161F2" w14:textId="77777777" w:rsidR="00844D8E" w:rsidRDefault="00000000">
      <w:pPr>
        <w:spacing w:after="80"/>
      </w:pPr>
      <w:r>
        <w:t>☐ drugo: __________________________________________</w:t>
      </w:r>
    </w:p>
    <w:p w14:paraId="49477667" w14:textId="77777777" w:rsidR="00844D8E" w:rsidRDefault="00000000">
      <w:pPr>
        <w:spacing w:after="80"/>
      </w:pPr>
      <w:r>
        <w:t>Ukupni mjesečni prihodi domaćinstva: __________________ KM</w:t>
      </w:r>
    </w:p>
    <w:p w14:paraId="55962010" w14:textId="77777777" w:rsidR="00844D8E" w:rsidRDefault="00000000">
      <w:pPr>
        <w:spacing w:after="80"/>
      </w:pPr>
      <w:r>
        <w:t>Broj zaposlenih članova domaćinstva: ______</w:t>
      </w:r>
    </w:p>
    <w:p w14:paraId="7B58ED0F" w14:textId="77777777" w:rsidR="00844D8E" w:rsidRDefault="00000000">
      <w:pPr>
        <w:pStyle w:val="Heading1"/>
      </w:pPr>
      <w:r>
        <w:t>VI. OBRAZOVNI STATUS</w:t>
      </w:r>
    </w:p>
    <w:p w14:paraId="1D8B6431" w14:textId="77777777" w:rsidR="00844D8E" w:rsidRDefault="00000000">
      <w:pPr>
        <w:spacing w:after="80"/>
      </w:pPr>
      <w:r>
        <w:t>Najviši stepen obrazovanja podnosioca: __________________________________________</w:t>
      </w:r>
    </w:p>
    <w:p w14:paraId="078F7C81" w14:textId="77777777" w:rsidR="00844D8E" w:rsidRDefault="00000000">
      <w:pPr>
        <w:spacing w:after="80"/>
      </w:pPr>
      <w:r>
        <w:t>Dokaz priložen: ☐ DA  ☐ NE</w:t>
      </w:r>
    </w:p>
    <w:p w14:paraId="26A80608" w14:textId="77777777" w:rsidR="00844D8E" w:rsidRDefault="00000000">
      <w:pPr>
        <w:pStyle w:val="Heading1"/>
      </w:pPr>
      <w:r>
        <w:t>VII. IZJAVE I SAGLASNOST PODNOSIOCA</w:t>
      </w:r>
    </w:p>
    <w:p w14:paraId="16FC17FB" w14:textId="77777777" w:rsidR="00844D8E" w:rsidRDefault="00000000">
      <w:pPr>
        <w:spacing w:after="80"/>
      </w:pPr>
      <w:r>
        <w:t>Ja, __________________________________________, pod punom moralnom, materijalnom i krivičnom odgovornošću izjavljujem da sam pripadnik/ca romske populacije.</w:t>
      </w:r>
    </w:p>
    <w:p w14:paraId="6030BF10" w14:textId="77777777" w:rsidR="00844D8E" w:rsidRDefault="00000000">
      <w:pPr>
        <w:spacing w:after="80"/>
      </w:pPr>
      <w:r>
        <w:t>Izjavljujem da su svi podaci navedeni u prijavnom obrascu i priloženoj dokumentaciji tačni i potpuni.</w:t>
      </w:r>
    </w:p>
    <w:p w14:paraId="491EC292" w14:textId="77777777" w:rsidR="00844D8E" w:rsidRDefault="00000000">
      <w:pPr>
        <w:spacing w:after="80"/>
      </w:pPr>
      <w:r>
        <w:t>Izjavljujem da nemam drugu stambenu jedinicu u BiH koja ispunjava minimum stambenih uslova.</w:t>
      </w:r>
    </w:p>
    <w:p w14:paraId="3C1B3B3F" w14:textId="77777777" w:rsidR="00844D8E" w:rsidRDefault="00000000">
      <w:pPr>
        <w:spacing w:after="80"/>
      </w:pPr>
      <w:r>
        <w:t>Izjavljujem da predmetni objekat nije obuhvaćen drugim programom sanacije ili rekonstrukcije, odnosno da nisam koristio/la pomoć za isto stambeno pitanje.</w:t>
      </w:r>
    </w:p>
    <w:p w14:paraId="7BBCC26A" w14:textId="77777777" w:rsidR="00844D8E" w:rsidRDefault="00000000">
      <w:pPr>
        <w:spacing w:after="80"/>
      </w:pPr>
      <w:r>
        <w:lastRenderedPageBreak/>
        <w:t>Izjavljujem da sam saglasan/na da Grad Gračanica i Komisija izvrše administrativnu provjeru i terenski obilazak objekta.</w:t>
      </w:r>
    </w:p>
    <w:p w14:paraId="7DCEAD60" w14:textId="77777777" w:rsidR="00844D8E" w:rsidRDefault="00000000">
      <w:pPr>
        <w:spacing w:after="80"/>
      </w:pPr>
      <w:proofErr w:type="spellStart"/>
      <w:r>
        <w:t>Dajem</w:t>
      </w:r>
      <w:proofErr w:type="spellEnd"/>
      <w:r>
        <w:t xml:space="preserve"> </w:t>
      </w:r>
      <w:proofErr w:type="spellStart"/>
      <w:r>
        <w:t>saglasnost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podataka isključivo u svrhu provođenja Javnog poziva, provjere uslova, bodovanja, rangiranja, realizacije projekta i izvještavanja nadležnih institucija.</w:t>
      </w:r>
    </w:p>
    <w:p w14:paraId="7CDE437E" w14:textId="77777777" w:rsidR="00844D8E" w:rsidRDefault="00000000">
      <w:pPr>
        <w:pStyle w:val="Heading1"/>
      </w:pPr>
      <w:r>
        <w:t>VIII. POPIS DOSTAVLJENE DOKUMENTACIJE</w:t>
      </w:r>
    </w:p>
    <w:p w14:paraId="75D03048" w14:textId="77777777" w:rsidR="00844D8E" w:rsidRDefault="00000000">
      <w:pPr>
        <w:spacing w:after="80"/>
      </w:pPr>
      <w:r>
        <w:t>☐ Popunjen i potpisan Prijavni obrazac</w:t>
      </w:r>
    </w:p>
    <w:p w14:paraId="4ED92F91" w14:textId="77777777" w:rsidR="00844D8E" w:rsidRDefault="00000000">
      <w:pPr>
        <w:spacing w:after="80"/>
      </w:pPr>
      <w:r>
        <w:t>☐ CIPS potvrda podnosioca prijave</w:t>
      </w:r>
    </w:p>
    <w:p w14:paraId="7D02BFCA" w14:textId="77777777" w:rsidR="00844D8E" w:rsidRDefault="00000000">
      <w:pPr>
        <w:spacing w:after="80"/>
      </w:pPr>
      <w:r>
        <w:t>☐ Ovjerena kućna lista</w:t>
      </w:r>
    </w:p>
    <w:p w14:paraId="6D849AB9" w14:textId="77777777" w:rsidR="00844D8E" w:rsidRDefault="00000000">
      <w:pPr>
        <w:spacing w:after="80"/>
      </w:pPr>
      <w:r>
        <w:t>☐ CIPS potvrde za punoljetne članove domaćinstva</w:t>
      </w:r>
    </w:p>
    <w:p w14:paraId="13308C3E" w14:textId="77777777" w:rsidR="00844D8E" w:rsidRDefault="00000000">
      <w:pPr>
        <w:spacing w:after="80"/>
      </w:pPr>
      <w:r>
        <w:t>☐ Izvodi iz matične knjige rođenih za maloljetne članove domaćinstva</w:t>
      </w:r>
    </w:p>
    <w:p w14:paraId="4880E2B1" w14:textId="77777777" w:rsidR="00844D8E" w:rsidRDefault="00000000">
      <w:pPr>
        <w:spacing w:after="80"/>
      </w:pPr>
      <w:r>
        <w:t>☐ Dokaz o vlasništvu/suvlasništvu nad objektom</w:t>
      </w:r>
    </w:p>
    <w:p w14:paraId="138574AC" w14:textId="77777777" w:rsidR="00844D8E" w:rsidRDefault="00000000">
      <w:pPr>
        <w:spacing w:after="80"/>
      </w:pPr>
      <w:r>
        <w:t>☐ Izjava o pripadnosti romskoj populaciji</w:t>
      </w:r>
    </w:p>
    <w:p w14:paraId="01D9B232" w14:textId="77777777" w:rsidR="00844D8E" w:rsidRDefault="00000000">
      <w:pPr>
        <w:spacing w:after="80"/>
      </w:pPr>
      <w:r>
        <w:t>☐ Izjava o nepostojanju druge stambene jedinice koja ispunjava minimum stambenih uslova</w:t>
      </w:r>
    </w:p>
    <w:p w14:paraId="1795D520" w14:textId="77777777" w:rsidR="00844D8E" w:rsidRDefault="00000000">
      <w:pPr>
        <w:spacing w:after="80"/>
      </w:pPr>
      <w:r>
        <w:t>☐ Izjava o ranije korištenoj pomoći / neobuhvaćenosti drugim programom</w:t>
      </w:r>
    </w:p>
    <w:p w14:paraId="6A1DDF80" w14:textId="77777777" w:rsidR="00844D8E" w:rsidRDefault="00000000">
      <w:pPr>
        <w:spacing w:after="80"/>
      </w:pPr>
      <w:r>
        <w:t>☐ Dokazi o prihodima, nezaposlenosti i/ili socijalnim davanjima, ako je primjenjivo</w:t>
      </w:r>
    </w:p>
    <w:p w14:paraId="17142F28" w14:textId="77777777" w:rsidR="00844D8E" w:rsidRDefault="00000000">
      <w:pPr>
        <w:spacing w:after="80"/>
      </w:pPr>
      <w:r>
        <w:t>☐ Dokaz o invaliditetu, ako je primjenjivo</w:t>
      </w:r>
    </w:p>
    <w:p w14:paraId="7C61DC75" w14:textId="77777777" w:rsidR="00844D8E" w:rsidRDefault="00000000">
      <w:pPr>
        <w:spacing w:after="80"/>
      </w:pPr>
      <w:r>
        <w:t>☐ Dokaz o zdravstvenom statusu, ako je primjenjivo</w:t>
      </w:r>
    </w:p>
    <w:p w14:paraId="515366EB" w14:textId="77777777" w:rsidR="00844D8E" w:rsidRDefault="00000000">
      <w:pPr>
        <w:spacing w:after="80"/>
      </w:pPr>
      <w:r>
        <w:t>☐ Dokaz o obrazovanju, ako je primjenjivo</w:t>
      </w:r>
    </w:p>
    <w:p w14:paraId="26F693FA" w14:textId="3E2C7CA8" w:rsidR="00844D8E" w:rsidRDefault="00000000">
      <w:pPr>
        <w:spacing w:after="80"/>
      </w:pPr>
      <w:r>
        <w:t xml:space="preserve">☐ </w:t>
      </w:r>
      <w:proofErr w:type="spellStart"/>
      <w:r>
        <w:t>Minimalno</w:t>
      </w:r>
      <w:proofErr w:type="spellEnd"/>
      <w:r>
        <w:t xml:space="preserve"> 5 </w:t>
      </w:r>
      <w:proofErr w:type="spellStart"/>
      <w:r>
        <w:t>fotografija</w:t>
      </w:r>
      <w:proofErr w:type="spellEnd"/>
      <w:r>
        <w:t xml:space="preserve"> </w:t>
      </w:r>
      <w:proofErr w:type="spellStart"/>
      <w:r>
        <w:t>postojećeg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objekta</w:t>
      </w:r>
      <w:proofErr w:type="spellEnd"/>
    </w:p>
    <w:p w14:paraId="5C97AFB7" w14:textId="77777777" w:rsidR="00844D8E" w:rsidRDefault="00000000">
      <w:pPr>
        <w:spacing w:after="80"/>
      </w:pPr>
      <w:r>
        <w:t>☐ Druga dokumentacija: __________________________________________</w:t>
      </w:r>
    </w:p>
    <w:p w14:paraId="423CEDC6" w14:textId="77777777" w:rsidR="00844D8E" w:rsidRDefault="00000000">
      <w:pPr>
        <w:pStyle w:val="Heading1"/>
      </w:pPr>
      <w:r>
        <w:t>IX. POTPIS PODNOSIOCA</w:t>
      </w:r>
    </w:p>
    <w:p w14:paraId="367AAD28" w14:textId="77777777" w:rsidR="00844D8E" w:rsidRDefault="00000000">
      <w:pPr>
        <w:spacing w:after="80"/>
      </w:pPr>
      <w:r>
        <w:t>Mjesto: ____________________    Datum: ____________________</w:t>
      </w:r>
    </w:p>
    <w:p w14:paraId="1B51A469" w14:textId="77777777" w:rsidR="00844D8E" w:rsidRDefault="00000000">
      <w:pPr>
        <w:spacing w:after="80"/>
      </w:pPr>
      <w:r>
        <w:t>Ime i prezime: __________________________________________</w:t>
      </w:r>
    </w:p>
    <w:p w14:paraId="261D118F" w14:textId="77777777" w:rsidR="00844D8E" w:rsidRDefault="00000000">
      <w:pPr>
        <w:spacing w:after="80"/>
      </w:pPr>
      <w:proofErr w:type="spellStart"/>
      <w:r>
        <w:t>Potpis</w:t>
      </w:r>
      <w:proofErr w:type="spellEnd"/>
      <w:r>
        <w:t>: _________________________________________________</w:t>
      </w:r>
    </w:p>
    <w:p w14:paraId="4B05338B" w14:textId="77777777" w:rsidR="00CE4E44" w:rsidRDefault="00CE4E44">
      <w:pPr>
        <w:spacing w:after="80"/>
      </w:pPr>
    </w:p>
    <w:p w14:paraId="416A2FF7" w14:textId="77777777" w:rsidR="00CE4E44" w:rsidRDefault="00CE4E44">
      <w:pPr>
        <w:spacing w:after="80"/>
      </w:pPr>
    </w:p>
    <w:p w14:paraId="44376461" w14:textId="77777777" w:rsidR="00844D8E" w:rsidRDefault="00000000">
      <w:pPr>
        <w:spacing w:after="80"/>
        <w:jc w:val="center"/>
      </w:pPr>
      <w:r>
        <w:rPr>
          <w:b/>
        </w:rPr>
        <w:t>ZA SLUŽBENU UPOTREBU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4910"/>
      </w:tblGrid>
      <w:tr w:rsidR="00844D8E" w14:paraId="66B5B723" w14:textId="77777777">
        <w:trPr>
          <w:jc w:val="center"/>
        </w:trPr>
        <w:tc>
          <w:tcPr>
            <w:tcW w:w="4929" w:type="dxa"/>
          </w:tcPr>
          <w:p w14:paraId="1C12B761" w14:textId="77777777" w:rsidR="00844D8E" w:rsidRDefault="00000000">
            <w:r>
              <w:rPr>
                <w:sz w:val="20"/>
              </w:rPr>
              <w:t>Datum prijema:</w:t>
            </w:r>
          </w:p>
        </w:tc>
        <w:tc>
          <w:tcPr>
            <w:tcW w:w="4929" w:type="dxa"/>
          </w:tcPr>
          <w:p w14:paraId="1511CB6C" w14:textId="441CD366" w:rsidR="00844D8E" w:rsidRDefault="00844D8E"/>
        </w:tc>
      </w:tr>
      <w:tr w:rsidR="00844D8E" w14:paraId="3E532E25" w14:textId="77777777">
        <w:trPr>
          <w:jc w:val="center"/>
        </w:trPr>
        <w:tc>
          <w:tcPr>
            <w:tcW w:w="4929" w:type="dxa"/>
          </w:tcPr>
          <w:p w14:paraId="643FAFCD" w14:textId="77777777" w:rsidR="00844D8E" w:rsidRDefault="00000000">
            <w:r>
              <w:rPr>
                <w:sz w:val="20"/>
              </w:rPr>
              <w:t>Broj protokola:</w:t>
            </w:r>
          </w:p>
        </w:tc>
        <w:tc>
          <w:tcPr>
            <w:tcW w:w="4929" w:type="dxa"/>
          </w:tcPr>
          <w:p w14:paraId="4E6CDB74" w14:textId="77777777" w:rsidR="009F4647" w:rsidRDefault="009F4647">
            <w:pPr>
              <w:rPr>
                <w:sz w:val="20"/>
              </w:rPr>
            </w:pPr>
          </w:p>
          <w:p w14:paraId="7A482F80" w14:textId="3C7422EE" w:rsidR="00844D8E" w:rsidRDefault="00000000">
            <w:r>
              <w:rPr>
                <w:sz w:val="20"/>
              </w:rPr>
              <w:t>____________________________</w:t>
            </w:r>
          </w:p>
        </w:tc>
      </w:tr>
      <w:tr w:rsidR="00844D8E" w14:paraId="303D32FA" w14:textId="77777777">
        <w:trPr>
          <w:jc w:val="center"/>
        </w:trPr>
        <w:tc>
          <w:tcPr>
            <w:tcW w:w="4929" w:type="dxa"/>
          </w:tcPr>
          <w:p w14:paraId="181E29F8" w14:textId="77777777" w:rsidR="00844D8E" w:rsidRDefault="00000000">
            <w:r>
              <w:rPr>
                <w:sz w:val="20"/>
              </w:rPr>
              <w:t>Prijava potpuna:</w:t>
            </w:r>
          </w:p>
        </w:tc>
        <w:tc>
          <w:tcPr>
            <w:tcW w:w="4929" w:type="dxa"/>
          </w:tcPr>
          <w:p w14:paraId="583CD17B" w14:textId="77777777" w:rsidR="00844D8E" w:rsidRDefault="00000000">
            <w:r>
              <w:rPr>
                <w:sz w:val="20"/>
              </w:rPr>
              <w:t>☐ DA    ☐ NE</w:t>
            </w:r>
          </w:p>
        </w:tc>
      </w:tr>
      <w:tr w:rsidR="00844D8E" w14:paraId="0E7F5054" w14:textId="77777777">
        <w:trPr>
          <w:jc w:val="center"/>
        </w:trPr>
        <w:tc>
          <w:tcPr>
            <w:tcW w:w="4929" w:type="dxa"/>
          </w:tcPr>
          <w:p w14:paraId="36D96BC0" w14:textId="77777777" w:rsidR="00844D8E" w:rsidRDefault="00000000">
            <w:r>
              <w:rPr>
                <w:sz w:val="20"/>
              </w:rPr>
              <w:t>Potrebna dopuna:</w:t>
            </w:r>
          </w:p>
        </w:tc>
        <w:tc>
          <w:tcPr>
            <w:tcW w:w="4929" w:type="dxa"/>
          </w:tcPr>
          <w:p w14:paraId="4E0770CD" w14:textId="77777777" w:rsidR="00844D8E" w:rsidRDefault="00000000">
            <w:r>
              <w:rPr>
                <w:sz w:val="20"/>
              </w:rPr>
              <w:t>☐ DA    ☐ NE</w:t>
            </w:r>
          </w:p>
        </w:tc>
      </w:tr>
      <w:tr w:rsidR="00844D8E" w14:paraId="5B269D14" w14:textId="77777777">
        <w:trPr>
          <w:jc w:val="center"/>
        </w:trPr>
        <w:tc>
          <w:tcPr>
            <w:tcW w:w="4929" w:type="dxa"/>
          </w:tcPr>
          <w:p w14:paraId="4539508D" w14:textId="77777777" w:rsidR="00844D8E" w:rsidRDefault="00000000">
            <w:r>
              <w:rPr>
                <w:sz w:val="20"/>
              </w:rPr>
              <w:t>Napomena:</w:t>
            </w:r>
          </w:p>
        </w:tc>
        <w:tc>
          <w:tcPr>
            <w:tcW w:w="4929" w:type="dxa"/>
          </w:tcPr>
          <w:p w14:paraId="476D387C" w14:textId="77777777" w:rsidR="009F4647" w:rsidRDefault="009F4647">
            <w:pPr>
              <w:rPr>
                <w:sz w:val="20"/>
              </w:rPr>
            </w:pPr>
          </w:p>
          <w:p w14:paraId="42D4073E" w14:textId="412BC68F" w:rsidR="00844D8E" w:rsidRDefault="00000000">
            <w:r>
              <w:rPr>
                <w:sz w:val="20"/>
              </w:rPr>
              <w:t>____________________________________________</w:t>
            </w:r>
          </w:p>
        </w:tc>
      </w:tr>
    </w:tbl>
    <w:p w14:paraId="7364F402" w14:textId="77777777" w:rsidR="00AC6B03" w:rsidRDefault="00AC6B03"/>
    <w:sectPr w:rsidR="00AC6B03" w:rsidSect="007501F2">
      <w:footerReference w:type="default" r:id="rId8"/>
      <w:pgSz w:w="11906" w:h="16838" w:code="9"/>
      <w:pgMar w:top="1020" w:right="1041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059C" w14:textId="77777777" w:rsidR="002A73A4" w:rsidRDefault="002A73A4">
      <w:pPr>
        <w:spacing w:after="0" w:line="240" w:lineRule="auto"/>
      </w:pPr>
      <w:r>
        <w:separator/>
      </w:r>
    </w:p>
  </w:endnote>
  <w:endnote w:type="continuationSeparator" w:id="0">
    <w:p w14:paraId="2A5C2895" w14:textId="77777777" w:rsidR="002A73A4" w:rsidRDefault="002A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1698" w14:textId="77777777" w:rsidR="00844D8E" w:rsidRDefault="00000000">
    <w:pPr>
      <w:pStyle w:val="Footer"/>
      <w:jc w:val="center"/>
    </w:pPr>
    <w:r>
      <w:t xml:space="preserve">Grad Gračanica – </w:t>
    </w:r>
    <w:proofErr w:type="spellStart"/>
    <w:r>
      <w:t>Prijavni</w:t>
    </w:r>
    <w:proofErr w:type="spellEnd"/>
    <w:r>
      <w:t xml:space="preserve"> </w:t>
    </w:r>
    <w:proofErr w:type="spellStart"/>
    <w:r>
      <w:t>obrazac</w:t>
    </w:r>
    <w:proofErr w:type="spellEnd"/>
    <w:r>
      <w:t xml:space="preserve"> za </w:t>
    </w:r>
    <w:proofErr w:type="spellStart"/>
    <w:r>
      <w:t>stambeno</w:t>
    </w:r>
    <w:proofErr w:type="spellEnd"/>
    <w:r>
      <w:t xml:space="preserve"> </w:t>
    </w:r>
    <w:proofErr w:type="spellStart"/>
    <w:r>
      <w:t>zbrinjavanje</w:t>
    </w:r>
    <w:proofErr w:type="spellEnd"/>
    <w:r>
      <w:t xml:space="preserve"> Roma 2026. | Strana </w:t>
    </w:r>
    <w:r>
      <w:fldChar w:fldCharType="begin"/>
    </w:r>
    <w:r>
      <w:instrText>PAGE</w:instrText>
    </w:r>
    <w:r>
      <w:fldChar w:fldCharType="separate"/>
    </w:r>
    <w:r w:rsidR="009F464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2B5D5" w14:textId="77777777" w:rsidR="002A73A4" w:rsidRDefault="002A73A4">
      <w:pPr>
        <w:spacing w:after="0" w:line="240" w:lineRule="auto"/>
      </w:pPr>
      <w:r>
        <w:separator/>
      </w:r>
    </w:p>
  </w:footnote>
  <w:footnote w:type="continuationSeparator" w:id="0">
    <w:p w14:paraId="220CF178" w14:textId="77777777" w:rsidR="002A73A4" w:rsidRDefault="002A7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7010433">
    <w:abstractNumId w:val="8"/>
  </w:num>
  <w:num w:numId="2" w16cid:durableId="130439528">
    <w:abstractNumId w:val="6"/>
  </w:num>
  <w:num w:numId="3" w16cid:durableId="568002624">
    <w:abstractNumId w:val="5"/>
  </w:num>
  <w:num w:numId="4" w16cid:durableId="551432151">
    <w:abstractNumId w:val="4"/>
  </w:num>
  <w:num w:numId="5" w16cid:durableId="1349407686">
    <w:abstractNumId w:val="7"/>
  </w:num>
  <w:num w:numId="6" w16cid:durableId="1804496603">
    <w:abstractNumId w:val="3"/>
  </w:num>
  <w:num w:numId="7" w16cid:durableId="1986086524">
    <w:abstractNumId w:val="2"/>
  </w:num>
  <w:num w:numId="8" w16cid:durableId="1785886733">
    <w:abstractNumId w:val="1"/>
  </w:num>
  <w:num w:numId="9" w16cid:durableId="199081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3A4"/>
    <w:rsid w:val="00326F90"/>
    <w:rsid w:val="005857CA"/>
    <w:rsid w:val="007501F2"/>
    <w:rsid w:val="00844D8E"/>
    <w:rsid w:val="00887C9D"/>
    <w:rsid w:val="00975590"/>
    <w:rsid w:val="009F4647"/>
    <w:rsid w:val="00AA1D8D"/>
    <w:rsid w:val="00AB21B7"/>
    <w:rsid w:val="00AC6B03"/>
    <w:rsid w:val="00AF247C"/>
    <w:rsid w:val="00B47730"/>
    <w:rsid w:val="00CB0664"/>
    <w:rsid w:val="00CE4E44"/>
    <w:rsid w:val="00D31A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069BC"/>
  <w14:defaultImageDpi w14:val="300"/>
  <w15:docId w15:val="{3C7C9B8B-107D-4156-B5A9-46DD345F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Senad Smajlović</cp:lastModifiedBy>
  <cp:revision>6</cp:revision>
  <cp:lastPrinted>2026-08-17T12:21:00Z</cp:lastPrinted>
  <dcterms:created xsi:type="dcterms:W3CDTF">2026-08-14T07:30:00Z</dcterms:created>
  <dcterms:modified xsi:type="dcterms:W3CDTF">2026-08-18T06:06:00Z</dcterms:modified>
  <cp:category/>
</cp:coreProperties>
</file>