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A1873" w14:textId="77777777" w:rsidR="006B572A" w:rsidRDefault="00000000">
      <w:pPr>
        <w:keepNext/>
        <w:spacing w:before="40" w:after="40" w:line="252" w:lineRule="auto"/>
        <w:jc w:val="center"/>
      </w:pPr>
      <w:r>
        <w:rPr>
          <w:b/>
          <w:color w:val="1F4E79"/>
          <w:sz w:val="20"/>
        </w:rPr>
        <w:t>PRILOG 1</w:t>
      </w:r>
    </w:p>
    <w:p w14:paraId="2488D257" w14:textId="77777777" w:rsidR="006B572A" w:rsidRDefault="00000000">
      <w:pPr>
        <w:keepNext/>
        <w:spacing w:after="40" w:line="240" w:lineRule="auto"/>
        <w:jc w:val="center"/>
      </w:pPr>
      <w:r>
        <w:rPr>
          <w:b/>
          <w:color w:val="1F4E79"/>
          <w:sz w:val="32"/>
        </w:rPr>
        <w:t>PRIJAVNI OBRAZAC</w:t>
      </w:r>
    </w:p>
    <w:p w14:paraId="2FFA0FED" w14:textId="77777777" w:rsidR="006B572A" w:rsidRDefault="00000000">
      <w:pPr>
        <w:keepNext/>
        <w:spacing w:after="160" w:line="240" w:lineRule="auto"/>
        <w:jc w:val="center"/>
      </w:pPr>
      <w:r>
        <w:rPr>
          <w:b/>
          <w:color w:val="000000"/>
          <w:sz w:val="25"/>
        </w:rPr>
        <w:t>Opis programa/projekta</w:t>
      </w:r>
    </w:p>
    <w:p w14:paraId="2741B30B" w14:textId="77777777" w:rsidR="006B572A" w:rsidRDefault="00000000">
      <w:pPr>
        <w:spacing w:after="160" w:line="252" w:lineRule="auto"/>
        <w:jc w:val="center"/>
      </w:pPr>
      <w:r>
        <w:rPr>
          <w:b/>
          <w:color w:val="000000"/>
        </w:rPr>
        <w:t>Javni poziv za finansiranje i sufinansiranje programa i projekata podrške marginaliziranim i ranjivim grupama iz Budžeta Grada Gračanica za 2026. godinu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6B572A" w14:paraId="7313BEEF" w14:textId="77777777">
        <w:trPr>
          <w:jc w:val="center"/>
        </w:trPr>
        <w:tc>
          <w:tcPr>
            <w:tcW w:w="8957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7E6C76" w14:textId="77777777" w:rsidR="006B572A" w:rsidRDefault="00000000">
            <w:r>
              <w:rPr>
                <w:b/>
                <w:color w:val="000000"/>
                <w:sz w:val="18"/>
              </w:rPr>
              <w:t>Obrazac popuniti elektronski. Sva polja su obavezna, osim ako je drugačije naznačeno. Odgovori trebaju biti jasni, konkretni i zasnovani na provjerljivim podacima. Brisanje pitanja i mijenjanje strukture obrasca nije dozvoljeno.</w:t>
            </w:r>
          </w:p>
        </w:tc>
      </w:tr>
    </w:tbl>
    <w:p w14:paraId="5790CF62" w14:textId="77777777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1. Osnovni podaci o programu/projektu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009"/>
      </w:tblGrid>
      <w:tr w:rsidR="006B572A" w14:paraId="60A25BF2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70C67B" w14:textId="77777777" w:rsidR="006B572A" w:rsidRDefault="00000000">
            <w:r>
              <w:rPr>
                <w:b/>
                <w:color w:val="000000"/>
                <w:sz w:val="19"/>
              </w:rPr>
              <w:t>Puni naziv aplikanta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7B3B65" w14:textId="77777777" w:rsidR="006B572A" w:rsidRDefault="006B572A"/>
        </w:tc>
      </w:tr>
      <w:tr w:rsidR="006B572A" w14:paraId="70726B14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AE2CFA" w14:textId="77777777" w:rsidR="006B572A" w:rsidRDefault="00000000">
            <w:r>
              <w:rPr>
                <w:b/>
                <w:color w:val="000000"/>
                <w:sz w:val="19"/>
              </w:rPr>
              <w:t>Naziv programa/projekta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005965" w14:textId="77777777" w:rsidR="006B572A" w:rsidRDefault="006B572A"/>
        </w:tc>
      </w:tr>
      <w:tr w:rsidR="006B572A" w14:paraId="4FDCC858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82D3FA" w14:textId="77777777" w:rsidR="006B572A" w:rsidRDefault="00000000">
            <w:r>
              <w:rPr>
                <w:b/>
                <w:color w:val="000000"/>
                <w:sz w:val="19"/>
              </w:rPr>
              <w:t>Prioritetna oblast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0B0572" w14:textId="0886EDC9" w:rsidR="006B572A" w:rsidRDefault="006B572A"/>
        </w:tc>
      </w:tr>
      <w:tr w:rsidR="006B572A" w14:paraId="41749AC5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FEC151" w14:textId="77777777" w:rsidR="006B572A" w:rsidRDefault="00000000">
            <w:r>
              <w:rPr>
                <w:b/>
                <w:color w:val="000000"/>
                <w:sz w:val="19"/>
              </w:rPr>
              <w:t>Mjesto realizacije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4B291A" w14:textId="77777777" w:rsidR="006B572A" w:rsidRDefault="006B572A"/>
        </w:tc>
      </w:tr>
      <w:tr w:rsidR="006B572A" w14:paraId="6F1CAF46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62469E" w14:textId="77777777" w:rsidR="006B572A" w:rsidRDefault="00000000">
            <w:r>
              <w:rPr>
                <w:b/>
                <w:color w:val="000000"/>
                <w:sz w:val="19"/>
              </w:rPr>
              <w:t>Planirani početak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3BE714" w14:textId="77777777" w:rsidR="006B572A" w:rsidRDefault="006B572A"/>
        </w:tc>
      </w:tr>
      <w:tr w:rsidR="006B572A" w14:paraId="4C540FC2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7CF56F" w14:textId="77777777" w:rsidR="006B572A" w:rsidRDefault="00000000">
            <w:r>
              <w:rPr>
                <w:b/>
                <w:color w:val="000000"/>
                <w:sz w:val="19"/>
              </w:rPr>
              <w:t>Planirani završetak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E07777" w14:textId="77777777" w:rsidR="006B572A" w:rsidRDefault="006B572A"/>
        </w:tc>
      </w:tr>
      <w:tr w:rsidR="006B572A" w14:paraId="227673F2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ED6529" w14:textId="77777777" w:rsidR="006B572A" w:rsidRDefault="00000000">
            <w:r>
              <w:rPr>
                <w:b/>
                <w:color w:val="000000"/>
                <w:sz w:val="19"/>
              </w:rPr>
              <w:t>Trajanje u mjesecima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4EAE02" w14:textId="77777777" w:rsidR="006B572A" w:rsidRDefault="006B572A"/>
        </w:tc>
      </w:tr>
      <w:tr w:rsidR="006B572A" w14:paraId="175311B3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4AD000" w14:textId="77777777" w:rsidR="006B572A" w:rsidRDefault="00000000">
            <w:r>
              <w:rPr>
                <w:b/>
                <w:color w:val="000000"/>
                <w:sz w:val="19"/>
              </w:rPr>
              <w:t>Ukupna vrijednost (KM)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1A559D" w14:textId="77777777" w:rsidR="006B572A" w:rsidRDefault="006B572A"/>
        </w:tc>
      </w:tr>
      <w:tr w:rsidR="006B572A" w14:paraId="59371298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DAB334" w14:textId="77777777" w:rsidR="006B572A" w:rsidRDefault="00000000">
            <w:r>
              <w:rPr>
                <w:b/>
                <w:color w:val="000000"/>
                <w:sz w:val="19"/>
              </w:rPr>
              <w:t>Iznos tražen od Grada (KM)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19AE0E" w14:textId="77777777" w:rsidR="006B572A" w:rsidRDefault="006B572A"/>
        </w:tc>
      </w:tr>
      <w:tr w:rsidR="006B572A" w14:paraId="2CBBD3CE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D1444F" w14:textId="77777777" w:rsidR="006B572A" w:rsidRDefault="00000000">
            <w:r>
              <w:rPr>
                <w:b/>
                <w:color w:val="000000"/>
                <w:sz w:val="19"/>
              </w:rPr>
              <w:t>Vlastita sredstva (KM)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366489" w14:textId="77777777" w:rsidR="006B572A" w:rsidRDefault="006B572A"/>
        </w:tc>
      </w:tr>
      <w:tr w:rsidR="006B572A" w14:paraId="0C6FE95E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B95F3A" w14:textId="77777777" w:rsidR="006B572A" w:rsidRDefault="00000000">
            <w:r>
              <w:rPr>
                <w:b/>
                <w:color w:val="000000"/>
                <w:sz w:val="19"/>
              </w:rPr>
              <w:t>Drugi izvori finansiranja (KM)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87024C" w14:textId="77777777" w:rsidR="006B572A" w:rsidRDefault="006B572A"/>
        </w:tc>
      </w:tr>
      <w:tr w:rsidR="006B572A" w14:paraId="796D02B9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5860C3" w14:textId="77777777" w:rsidR="006B572A" w:rsidRDefault="00000000">
            <w:r>
              <w:rPr>
                <w:b/>
                <w:color w:val="000000"/>
                <w:sz w:val="19"/>
              </w:rPr>
              <w:t>Voditelj/ica programa/projekta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84F9B9" w14:textId="77777777" w:rsidR="006B572A" w:rsidRDefault="006B572A"/>
        </w:tc>
      </w:tr>
      <w:tr w:rsidR="006B572A" w:rsidRPr="00E127E5" w14:paraId="2B54654F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0E6F36" w14:textId="77777777" w:rsidR="006B572A" w:rsidRPr="00E127E5" w:rsidRDefault="00000000">
            <w:pPr>
              <w:rPr>
                <w:lang w:val="de-DE"/>
              </w:rPr>
            </w:pPr>
            <w:r w:rsidRPr="00E127E5">
              <w:rPr>
                <w:b/>
                <w:color w:val="000000"/>
                <w:sz w:val="19"/>
                <w:lang w:val="de-DE"/>
              </w:rPr>
              <w:t>Telefon i e-mail voditelja/ice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CD5C22" w14:textId="77777777" w:rsidR="006B572A" w:rsidRPr="00E127E5" w:rsidRDefault="006B572A">
            <w:pPr>
              <w:rPr>
                <w:lang w:val="de-DE"/>
              </w:rPr>
            </w:pPr>
          </w:p>
        </w:tc>
      </w:tr>
    </w:tbl>
    <w:p w14:paraId="59AD4DE1" w14:textId="77777777" w:rsidR="00C95C83" w:rsidRDefault="00C95C83">
      <w:pPr>
        <w:spacing w:after="80" w:line="240" w:lineRule="auto"/>
        <w:rPr>
          <w:i/>
          <w:color w:val="666666"/>
          <w:sz w:val="18"/>
        </w:rPr>
      </w:pPr>
    </w:p>
    <w:p w14:paraId="344A0CBF" w14:textId="77777777" w:rsidR="00C95C83" w:rsidRDefault="00C95C83">
      <w:pPr>
        <w:spacing w:after="80" w:line="240" w:lineRule="auto"/>
        <w:rPr>
          <w:i/>
          <w:color w:val="666666"/>
          <w:sz w:val="18"/>
        </w:rPr>
      </w:pPr>
    </w:p>
    <w:p w14:paraId="5FBF632F" w14:textId="68919690" w:rsidR="006B572A" w:rsidRDefault="00000000">
      <w:pPr>
        <w:spacing w:after="80" w:line="240" w:lineRule="auto"/>
      </w:pPr>
      <w:proofErr w:type="spellStart"/>
      <w:r>
        <w:rPr>
          <w:i/>
          <w:color w:val="666666"/>
          <w:sz w:val="18"/>
        </w:rPr>
        <w:t>Označiti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jednu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glavnu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prioritetnu</w:t>
      </w:r>
      <w:proofErr w:type="spellEnd"/>
      <w:r>
        <w:rPr>
          <w:i/>
          <w:color w:val="666666"/>
          <w:sz w:val="18"/>
        </w:rPr>
        <w:t xml:space="preserve"> oblast: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6B572A" w14:paraId="401E1DD2" w14:textId="77777777">
        <w:trPr>
          <w:cantSplit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4CF9F6" w14:textId="2512CEE5" w:rsidR="006B572A" w:rsidRDefault="00000000">
            <w:r>
              <w:rPr>
                <w:color w:val="000000"/>
                <w:sz w:val="19"/>
              </w:rPr>
              <w:t xml:space="preserve">  Podrška starijim osobama i penzionerima</w:t>
            </w:r>
          </w:p>
        </w:tc>
      </w:tr>
      <w:tr w:rsidR="006B572A" w14:paraId="43E3F87B" w14:textId="77777777">
        <w:trPr>
          <w:cantSplit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6AD7C1" w14:textId="5D97E096" w:rsidR="006B572A" w:rsidRDefault="00000000">
            <w:r>
              <w:rPr>
                <w:color w:val="000000"/>
                <w:sz w:val="19"/>
              </w:rPr>
              <w:t xml:space="preserve">  Podrška djeci i osobama s teškoćama u razvoju i drugim oblicima invaliditeta te njihovim porodicama</w:t>
            </w:r>
          </w:p>
        </w:tc>
      </w:tr>
      <w:tr w:rsidR="006B572A" w14:paraId="3D3E321F" w14:textId="77777777">
        <w:trPr>
          <w:cantSplit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C059B5" w14:textId="79D70909" w:rsidR="006B572A" w:rsidRDefault="00C95C83">
            <w:r>
              <w:rPr>
                <w:color w:val="000000"/>
                <w:sz w:val="19"/>
              </w:rPr>
              <w:t xml:space="preserve">  </w:t>
            </w:r>
            <w:proofErr w:type="spellStart"/>
            <w:r>
              <w:rPr>
                <w:color w:val="000000"/>
                <w:sz w:val="19"/>
              </w:rPr>
              <w:t>Podrška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djeci</w:t>
            </w:r>
            <w:proofErr w:type="spellEnd"/>
            <w:r>
              <w:rPr>
                <w:color w:val="000000"/>
                <w:sz w:val="19"/>
              </w:rPr>
              <w:t xml:space="preserve"> bez </w:t>
            </w:r>
            <w:proofErr w:type="spellStart"/>
            <w:r>
              <w:rPr>
                <w:color w:val="000000"/>
                <w:sz w:val="19"/>
              </w:rPr>
              <w:t>roditeljskog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staranja</w:t>
            </w:r>
            <w:proofErr w:type="spellEnd"/>
            <w:r>
              <w:rPr>
                <w:color w:val="000000"/>
                <w:sz w:val="19"/>
              </w:rPr>
              <w:t xml:space="preserve"> i </w:t>
            </w:r>
            <w:proofErr w:type="spellStart"/>
            <w:r>
              <w:rPr>
                <w:color w:val="000000"/>
                <w:sz w:val="19"/>
              </w:rPr>
              <w:t>mladima</w:t>
            </w:r>
            <w:proofErr w:type="spellEnd"/>
            <w:r>
              <w:rPr>
                <w:color w:val="000000"/>
                <w:sz w:val="19"/>
              </w:rPr>
              <w:t xml:space="preserve"> koji napuštaju alternativnu brigu</w:t>
            </w:r>
          </w:p>
        </w:tc>
      </w:tr>
      <w:tr w:rsidR="006B572A" w14:paraId="56A94BC4" w14:textId="77777777">
        <w:trPr>
          <w:cantSplit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15A00A" w14:textId="6A527ECA" w:rsidR="006B572A" w:rsidRDefault="00000000">
            <w:r>
              <w:rPr>
                <w:color w:val="000000"/>
                <w:sz w:val="19"/>
              </w:rPr>
              <w:t xml:space="preserve">  Podrška slijepim i slabovidnim osobama</w:t>
            </w:r>
          </w:p>
        </w:tc>
      </w:tr>
      <w:tr w:rsidR="006B572A" w14:paraId="3A11F093" w14:textId="77777777" w:rsidTr="00517DCD">
        <w:trPr>
          <w:cantSplit/>
          <w:trHeight w:val="225"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CC7785" w14:textId="6E52F40D" w:rsidR="006B572A" w:rsidRDefault="00C95C83">
            <w:r>
              <w:rPr>
                <w:color w:val="000000"/>
                <w:sz w:val="19"/>
              </w:rPr>
              <w:t xml:space="preserve">  </w:t>
            </w:r>
            <w:proofErr w:type="spellStart"/>
            <w:r>
              <w:rPr>
                <w:color w:val="000000"/>
                <w:sz w:val="19"/>
              </w:rPr>
              <w:t>Humanitarna</w:t>
            </w:r>
            <w:proofErr w:type="spellEnd"/>
            <w:r>
              <w:rPr>
                <w:color w:val="000000"/>
                <w:sz w:val="19"/>
              </w:rPr>
              <w:t xml:space="preserve"> i </w:t>
            </w:r>
            <w:proofErr w:type="spellStart"/>
            <w:r>
              <w:rPr>
                <w:color w:val="000000"/>
                <w:sz w:val="19"/>
              </w:rPr>
              <w:t>socijalna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podrška</w:t>
            </w:r>
            <w:proofErr w:type="spellEnd"/>
            <w:r>
              <w:rPr>
                <w:color w:val="000000"/>
                <w:sz w:val="19"/>
              </w:rPr>
              <w:t xml:space="preserve"> osobama i porodicama u stanju potrebe</w:t>
            </w:r>
          </w:p>
        </w:tc>
      </w:tr>
      <w:tr w:rsidR="00517DCD" w14:paraId="6120CF41" w14:textId="77777777" w:rsidTr="00C95C83">
        <w:trPr>
          <w:cantSplit/>
          <w:trHeight w:val="150"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09C6EA" w14:textId="1BBEE0E7" w:rsidR="00517DCD" w:rsidRDefault="00517DCD" w:rsidP="00517DCD">
            <w:pPr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 xml:space="preserve">  </w:t>
            </w:r>
            <w:proofErr w:type="spellStart"/>
            <w:r>
              <w:rPr>
                <w:color w:val="000000"/>
                <w:sz w:val="19"/>
              </w:rPr>
              <w:t>Podrška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žrtvama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nasilja</w:t>
            </w:r>
            <w:proofErr w:type="spellEnd"/>
            <w:r>
              <w:rPr>
                <w:color w:val="000000"/>
                <w:sz w:val="19"/>
              </w:rPr>
              <w:t xml:space="preserve"> u </w:t>
            </w:r>
            <w:proofErr w:type="spellStart"/>
            <w:r>
              <w:rPr>
                <w:color w:val="000000"/>
                <w:sz w:val="19"/>
              </w:rPr>
              <w:t>porodici</w:t>
            </w:r>
            <w:proofErr w:type="spellEnd"/>
          </w:p>
        </w:tc>
      </w:tr>
      <w:tr w:rsidR="00C95C83" w14:paraId="7E95908D" w14:textId="77777777" w:rsidTr="00C95C83">
        <w:trPr>
          <w:cantSplit/>
          <w:trHeight w:val="180"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32D803" w14:textId="72F5A4AB" w:rsidR="00C95C83" w:rsidRDefault="00C95C83" w:rsidP="00C95C83">
            <w:pPr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 xml:space="preserve">  </w:t>
            </w:r>
            <w:proofErr w:type="spellStart"/>
            <w:r>
              <w:rPr>
                <w:color w:val="000000"/>
                <w:sz w:val="19"/>
              </w:rPr>
              <w:t>Podrška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humanitarnim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udruženjima</w:t>
            </w:r>
            <w:proofErr w:type="spellEnd"/>
          </w:p>
        </w:tc>
      </w:tr>
      <w:tr w:rsidR="00C95C83" w14:paraId="2679ADF1" w14:textId="77777777">
        <w:trPr>
          <w:cantSplit/>
          <w:trHeight w:val="195"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8F7F5D" w14:textId="77777777" w:rsidR="00C95C83" w:rsidRDefault="00C95C83" w:rsidP="00C95C83">
            <w:pPr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 xml:space="preserve">  </w:t>
            </w:r>
            <w:proofErr w:type="spellStart"/>
            <w:r>
              <w:rPr>
                <w:color w:val="000000"/>
                <w:sz w:val="19"/>
              </w:rPr>
              <w:t>Podrška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unapređenju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položaja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mladih</w:t>
            </w:r>
            <w:proofErr w:type="spellEnd"/>
          </w:p>
          <w:p w14:paraId="74B031F6" w14:textId="566EAEE5" w:rsidR="00C95C83" w:rsidRDefault="00C95C83" w:rsidP="00C95C83">
            <w:pPr>
              <w:rPr>
                <w:color w:val="000000"/>
                <w:sz w:val="19"/>
              </w:rPr>
            </w:pPr>
          </w:p>
        </w:tc>
      </w:tr>
    </w:tbl>
    <w:p w14:paraId="4FFB499B" w14:textId="77777777" w:rsidR="00C95C83" w:rsidRDefault="00C95C83">
      <w:pPr>
        <w:keepNext/>
        <w:keepLines/>
        <w:spacing w:before="180" w:after="80" w:line="240" w:lineRule="auto"/>
        <w:rPr>
          <w:b/>
          <w:color w:val="1F4E79"/>
          <w:sz w:val="25"/>
        </w:rPr>
      </w:pPr>
    </w:p>
    <w:p w14:paraId="4CF6B0EF" w14:textId="77777777" w:rsidR="00C95C83" w:rsidRDefault="00C95C83">
      <w:pPr>
        <w:keepNext/>
        <w:keepLines/>
        <w:spacing w:before="180" w:after="80" w:line="240" w:lineRule="auto"/>
        <w:rPr>
          <w:b/>
          <w:color w:val="1F4E79"/>
          <w:sz w:val="25"/>
        </w:rPr>
      </w:pPr>
    </w:p>
    <w:p w14:paraId="5D470746" w14:textId="3348B29E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2. Sažetak programa/projekta</w:t>
      </w:r>
    </w:p>
    <w:p w14:paraId="08EEFA66" w14:textId="77777777" w:rsidR="006B572A" w:rsidRDefault="00000000">
      <w:pPr>
        <w:spacing w:after="80" w:line="240" w:lineRule="auto"/>
      </w:pPr>
      <w:r>
        <w:rPr>
          <w:i/>
          <w:color w:val="666666"/>
          <w:sz w:val="18"/>
        </w:rPr>
        <w:t>U najviše 1.500 znakova ukratko navedite problem, ciljnu grupu, cilj, ključne aktivnosti, očekivane rezultate i ukupan broj neposrednih korisnika.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6B572A" w14:paraId="450A34AA" w14:textId="77777777">
        <w:trPr>
          <w:cantSplit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08D918" w14:textId="77777777" w:rsidR="006B572A" w:rsidRDefault="006B572A"/>
          <w:p w14:paraId="157D56D9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0479703E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41D3B0D9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713442C1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7CF1E2B7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66938961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33934336" w14:textId="77777777" w:rsidR="006B572A" w:rsidRPr="00E127E5" w:rsidRDefault="00000000">
      <w:pPr>
        <w:keepNext/>
        <w:keepLines/>
        <w:spacing w:before="180" w:after="80" w:line="240" w:lineRule="auto"/>
        <w:rPr>
          <w:lang w:val="de-DE"/>
        </w:rPr>
      </w:pPr>
      <w:r w:rsidRPr="00E127E5">
        <w:rPr>
          <w:b/>
          <w:color w:val="1F4E79"/>
          <w:sz w:val="25"/>
          <w:lang w:val="de-DE"/>
        </w:rPr>
        <w:t>3. Opis problema i opravdanost</w:t>
      </w:r>
    </w:p>
    <w:p w14:paraId="33864636" w14:textId="77777777" w:rsidR="006B572A" w:rsidRDefault="00000000">
      <w:pPr>
        <w:spacing w:after="80" w:line="240" w:lineRule="auto"/>
      </w:pPr>
      <w:r w:rsidRPr="00E127E5">
        <w:rPr>
          <w:i/>
          <w:color w:val="666666"/>
          <w:sz w:val="18"/>
          <w:lang w:val="de-DE"/>
        </w:rPr>
        <w:t xml:space="preserve">Opišite konkretan problem ili potrebu na području grada Gračanica. Navedite raspoložive podatke, izvore saznanja, postojeće usluge i praznine u podršci. </w:t>
      </w:r>
      <w:proofErr w:type="spellStart"/>
      <w:r>
        <w:rPr>
          <w:i/>
          <w:color w:val="666666"/>
          <w:sz w:val="18"/>
        </w:rPr>
        <w:t>Objasnite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zašto</w:t>
      </w:r>
      <w:proofErr w:type="spellEnd"/>
      <w:r>
        <w:rPr>
          <w:i/>
          <w:color w:val="666666"/>
          <w:sz w:val="18"/>
        </w:rPr>
        <w:t xml:space="preserve"> je </w:t>
      </w:r>
      <w:proofErr w:type="spellStart"/>
      <w:r>
        <w:rPr>
          <w:i/>
          <w:color w:val="666666"/>
          <w:sz w:val="18"/>
        </w:rPr>
        <w:t>intervencija</w:t>
      </w:r>
      <w:proofErr w:type="spellEnd"/>
      <w:r>
        <w:rPr>
          <w:i/>
          <w:color w:val="666666"/>
          <w:sz w:val="18"/>
        </w:rPr>
        <w:t xml:space="preserve"> potrebna upravo sada. Najviše 3.000 znakova.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6B572A" w14:paraId="221FA3BF" w14:textId="77777777">
        <w:trPr>
          <w:cantSplit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40460E" w14:textId="77777777" w:rsidR="006B572A" w:rsidRDefault="006B572A"/>
          <w:p w14:paraId="59CC6904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11E5A7CE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32634C26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266D1E21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4329A70A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2FF9F650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236B2013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5FBA378A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05F1A3A5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32D98FB5" w14:textId="77777777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4. Ciljne grupe i krajnji korisnici</w:t>
      </w:r>
    </w:p>
    <w:p w14:paraId="5F6AEADE" w14:textId="77777777" w:rsidR="006B572A" w:rsidRDefault="00000000">
      <w:pPr>
        <w:spacing w:after="80" w:line="240" w:lineRule="auto"/>
      </w:pPr>
      <w:r>
        <w:rPr>
          <w:i/>
          <w:color w:val="666666"/>
          <w:sz w:val="18"/>
        </w:rPr>
        <w:t>Precizno opišite korisnike, njihove potrebe, način identifikacije i kriterije uključivanja. Objasnite kako će biti osigurani jednak pristup, nediskriminacija, zaštita ličnih podataka i sigurnost korisnika.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3742"/>
        <w:gridCol w:w="1417"/>
        <w:gridCol w:w="1417"/>
        <w:gridCol w:w="2381"/>
      </w:tblGrid>
      <w:tr w:rsidR="006B572A" w14:paraId="1F389AE1" w14:textId="77777777">
        <w:trPr>
          <w:tblHeader/>
          <w:jc w:val="center"/>
        </w:trPr>
        <w:tc>
          <w:tcPr>
            <w:tcW w:w="3741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C137DE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Grupa korisnika</w:t>
            </w:r>
          </w:p>
        </w:tc>
        <w:tc>
          <w:tcPr>
            <w:tcW w:w="1417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8904BB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Žene/ženski</w:t>
            </w:r>
          </w:p>
        </w:tc>
        <w:tc>
          <w:tcPr>
            <w:tcW w:w="1417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8765E9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Muškarci/muški</w:t>
            </w:r>
          </w:p>
        </w:tc>
        <w:tc>
          <w:tcPr>
            <w:tcW w:w="2381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5D454F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Ukupno</w:t>
            </w:r>
          </w:p>
        </w:tc>
      </w:tr>
      <w:tr w:rsidR="006B572A" w14:paraId="1AB59E0B" w14:textId="77777777">
        <w:trPr>
          <w:cantSplit/>
          <w:jc w:val="center"/>
        </w:trPr>
        <w:tc>
          <w:tcPr>
            <w:tcW w:w="3741" w:type="dxa"/>
          </w:tcPr>
          <w:p w14:paraId="599A5F89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417" w:type="dxa"/>
          </w:tcPr>
          <w:p w14:paraId="124FF4A5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417" w:type="dxa"/>
          </w:tcPr>
          <w:p w14:paraId="20692AAC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381" w:type="dxa"/>
          </w:tcPr>
          <w:p w14:paraId="7D96BBF5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2452FD83" w14:textId="77777777">
        <w:trPr>
          <w:cantSplit/>
          <w:jc w:val="center"/>
        </w:trPr>
        <w:tc>
          <w:tcPr>
            <w:tcW w:w="3741" w:type="dxa"/>
          </w:tcPr>
          <w:p w14:paraId="447CBF2C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417" w:type="dxa"/>
          </w:tcPr>
          <w:p w14:paraId="00BED726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417" w:type="dxa"/>
          </w:tcPr>
          <w:p w14:paraId="34509051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381" w:type="dxa"/>
          </w:tcPr>
          <w:p w14:paraId="11BD4028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508B270F" w14:textId="77777777">
        <w:trPr>
          <w:cantSplit/>
          <w:jc w:val="center"/>
        </w:trPr>
        <w:tc>
          <w:tcPr>
            <w:tcW w:w="3741" w:type="dxa"/>
          </w:tcPr>
          <w:p w14:paraId="1ED4448D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417" w:type="dxa"/>
          </w:tcPr>
          <w:p w14:paraId="505688A9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417" w:type="dxa"/>
          </w:tcPr>
          <w:p w14:paraId="22C59CC4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381" w:type="dxa"/>
          </w:tcPr>
          <w:p w14:paraId="121BD370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614FF205" w14:textId="77777777">
        <w:trPr>
          <w:cantSplit/>
          <w:jc w:val="center"/>
        </w:trPr>
        <w:tc>
          <w:tcPr>
            <w:tcW w:w="3741" w:type="dxa"/>
          </w:tcPr>
          <w:p w14:paraId="05664D35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417" w:type="dxa"/>
          </w:tcPr>
          <w:p w14:paraId="40ACAD2A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417" w:type="dxa"/>
          </w:tcPr>
          <w:p w14:paraId="3B7C05F7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381" w:type="dxa"/>
          </w:tcPr>
          <w:p w14:paraId="1FFDA92D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55768941" w14:textId="77777777">
        <w:trPr>
          <w:cantSplit/>
          <w:jc w:val="center"/>
        </w:trPr>
        <w:tc>
          <w:tcPr>
            <w:tcW w:w="3741" w:type="dxa"/>
            <w:shd w:val="clear" w:color="auto" w:fill="D9EAF7"/>
          </w:tcPr>
          <w:p w14:paraId="53049F61" w14:textId="77777777" w:rsidR="006B572A" w:rsidRDefault="00000000">
            <w:r>
              <w:rPr>
                <w:b/>
                <w:color w:val="000000"/>
                <w:sz w:val="19"/>
              </w:rPr>
              <w:t>UKUPNO</w:t>
            </w:r>
          </w:p>
        </w:tc>
        <w:tc>
          <w:tcPr>
            <w:tcW w:w="1417" w:type="dxa"/>
            <w:shd w:val="clear" w:color="auto" w:fill="D9EAF7"/>
          </w:tcPr>
          <w:p w14:paraId="736325DA" w14:textId="77777777" w:rsidR="006B572A" w:rsidRDefault="006B572A"/>
        </w:tc>
        <w:tc>
          <w:tcPr>
            <w:tcW w:w="1417" w:type="dxa"/>
            <w:shd w:val="clear" w:color="auto" w:fill="D9EAF7"/>
          </w:tcPr>
          <w:p w14:paraId="3DAFFF53" w14:textId="77777777" w:rsidR="006B572A" w:rsidRDefault="006B572A"/>
        </w:tc>
        <w:tc>
          <w:tcPr>
            <w:tcW w:w="2381" w:type="dxa"/>
            <w:shd w:val="clear" w:color="auto" w:fill="D9EAF7"/>
          </w:tcPr>
          <w:p w14:paraId="23E2F8FB" w14:textId="77777777" w:rsidR="006B572A" w:rsidRDefault="006B572A"/>
        </w:tc>
      </w:tr>
    </w:tbl>
    <w:p w14:paraId="3F7C54CF" w14:textId="77777777" w:rsidR="006B572A" w:rsidRDefault="00000000">
      <w:pPr>
        <w:spacing w:after="80" w:line="240" w:lineRule="auto"/>
      </w:pPr>
      <w:proofErr w:type="spellStart"/>
      <w:r>
        <w:rPr>
          <w:i/>
          <w:color w:val="666666"/>
          <w:sz w:val="18"/>
        </w:rPr>
        <w:t>Opis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ciljne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grupe</w:t>
      </w:r>
      <w:proofErr w:type="spellEnd"/>
      <w:r>
        <w:rPr>
          <w:i/>
          <w:color w:val="666666"/>
          <w:sz w:val="18"/>
        </w:rPr>
        <w:t xml:space="preserve">, </w:t>
      </w:r>
      <w:proofErr w:type="spellStart"/>
      <w:r>
        <w:rPr>
          <w:i/>
          <w:color w:val="666666"/>
          <w:sz w:val="18"/>
        </w:rPr>
        <w:t>kriterija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i</w:t>
      </w:r>
      <w:proofErr w:type="spellEnd"/>
      <w:r>
        <w:rPr>
          <w:i/>
          <w:color w:val="666666"/>
          <w:sz w:val="18"/>
        </w:rPr>
        <w:t xml:space="preserve"> načina </w:t>
      </w:r>
      <w:proofErr w:type="spellStart"/>
      <w:r>
        <w:rPr>
          <w:i/>
          <w:color w:val="666666"/>
          <w:sz w:val="18"/>
        </w:rPr>
        <w:t>uključivanja</w:t>
      </w:r>
      <w:proofErr w:type="spellEnd"/>
      <w:r>
        <w:rPr>
          <w:i/>
          <w:color w:val="666666"/>
          <w:sz w:val="18"/>
        </w:rPr>
        <w:t>: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6B572A" w14:paraId="4805B24C" w14:textId="77777777">
        <w:trPr>
          <w:cantSplit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CE6D02" w14:textId="77777777" w:rsidR="006B572A" w:rsidRDefault="006B572A"/>
          <w:p w14:paraId="4D38971B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0F09B530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0278A5C4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697C13F0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5815BFD2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556CBFC4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1D95DD43" w14:textId="77777777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5. Ciljevi programa/projekta</w:t>
      </w:r>
    </w:p>
    <w:p w14:paraId="19560A0A" w14:textId="77777777" w:rsidR="006B572A" w:rsidRDefault="00000000">
      <w:pPr>
        <w:spacing w:after="80" w:line="240" w:lineRule="auto"/>
      </w:pPr>
      <w:r>
        <w:rPr>
          <w:i/>
          <w:color w:val="666666"/>
          <w:sz w:val="18"/>
        </w:rPr>
        <w:t>Opći cilj opisuje dugoročnu promjenu kojoj program/projekt doprinosi. Specifični ciljevi trebaju biti konkretni, mjerljivi, ostvarivi i vremenski određeni.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009"/>
      </w:tblGrid>
      <w:tr w:rsidR="006B572A" w14:paraId="02431E68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CBEC0A" w14:textId="77777777" w:rsidR="006B572A" w:rsidRDefault="00000000">
            <w:r>
              <w:rPr>
                <w:b/>
                <w:color w:val="000000"/>
                <w:sz w:val="19"/>
              </w:rPr>
              <w:lastRenderedPageBreak/>
              <w:t>Opći cilj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2AFD44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  <w:tr w:rsidR="006B572A" w14:paraId="3C1B4A31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F22344" w14:textId="77777777" w:rsidR="006B572A" w:rsidRDefault="00000000">
            <w:r>
              <w:rPr>
                <w:b/>
                <w:color w:val="000000"/>
                <w:sz w:val="19"/>
              </w:rPr>
              <w:t>Specifični cilj 1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3FDD57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  <w:tr w:rsidR="006B572A" w14:paraId="54BC8A79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FA0FBD" w14:textId="77777777" w:rsidR="006B572A" w:rsidRDefault="00000000">
            <w:r>
              <w:rPr>
                <w:b/>
                <w:color w:val="000000"/>
                <w:sz w:val="19"/>
              </w:rPr>
              <w:t>Specifični cilj 2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3AD2F9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  <w:tr w:rsidR="006B572A" w14:paraId="61DE06FE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193313" w14:textId="77777777" w:rsidR="006B572A" w:rsidRDefault="00000000">
            <w:r>
              <w:rPr>
                <w:b/>
                <w:color w:val="000000"/>
                <w:sz w:val="19"/>
              </w:rPr>
              <w:t>Specifični cilj 3 (ako je primjenjivo)</w:t>
            </w:r>
          </w:p>
        </w:tc>
        <w:tc>
          <w:tcPr>
            <w:tcW w:w="60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9480E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</w:tbl>
    <w:p w14:paraId="70FC2F9D" w14:textId="77777777" w:rsidR="00E127E5" w:rsidRDefault="00E127E5">
      <w:pPr>
        <w:keepNext/>
        <w:keepLines/>
        <w:spacing w:before="180" w:after="80" w:line="240" w:lineRule="auto"/>
        <w:rPr>
          <w:b/>
          <w:color w:val="1F4E79"/>
          <w:sz w:val="25"/>
        </w:rPr>
      </w:pPr>
    </w:p>
    <w:p w14:paraId="1DBF2A2C" w14:textId="6F7B8723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6. Aktivnosti i metodologija provedbe</w:t>
      </w:r>
    </w:p>
    <w:p w14:paraId="49C1A30A" w14:textId="77777777" w:rsidR="006B572A" w:rsidRDefault="00000000">
      <w:pPr>
        <w:spacing w:after="80" w:line="240" w:lineRule="auto"/>
      </w:pPr>
      <w:r>
        <w:rPr>
          <w:i/>
          <w:color w:val="666666"/>
          <w:sz w:val="18"/>
        </w:rPr>
        <w:t>Za svaku aktivnost navedite sadržaj, način provedbe, mjesto, period, odgovornu osobu i povezanost s ciljevima. Detaljni vremenski plan dostavlja se u posebnom prilogu.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681"/>
        <w:gridCol w:w="4536"/>
        <w:gridCol w:w="1700"/>
        <w:gridCol w:w="2040"/>
      </w:tblGrid>
      <w:tr w:rsidR="006B572A" w14:paraId="58ADD84D" w14:textId="77777777">
        <w:trPr>
          <w:tblHeader/>
          <w:jc w:val="center"/>
        </w:trPr>
        <w:tc>
          <w:tcPr>
            <w:tcW w:w="680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98944C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Br.</w:t>
            </w:r>
          </w:p>
        </w:tc>
        <w:tc>
          <w:tcPr>
            <w:tcW w:w="4535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7DDD09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Naziv i opis aktivnosti</w:t>
            </w:r>
          </w:p>
        </w:tc>
        <w:tc>
          <w:tcPr>
            <w:tcW w:w="1700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95694D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Period</w:t>
            </w:r>
          </w:p>
        </w:tc>
        <w:tc>
          <w:tcPr>
            <w:tcW w:w="2040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5904E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Odgovorna osoba</w:t>
            </w:r>
          </w:p>
        </w:tc>
      </w:tr>
      <w:tr w:rsidR="006B572A" w14:paraId="48217401" w14:textId="77777777">
        <w:trPr>
          <w:cantSplit/>
          <w:jc w:val="center"/>
        </w:trPr>
        <w:tc>
          <w:tcPr>
            <w:tcW w:w="680" w:type="dxa"/>
          </w:tcPr>
          <w:p w14:paraId="204FE541" w14:textId="77777777" w:rsidR="006B572A" w:rsidRDefault="00000000">
            <w:pPr>
              <w:jc w:val="center"/>
            </w:pPr>
            <w:r>
              <w:rPr>
                <w:color w:val="000000"/>
                <w:sz w:val="19"/>
              </w:rPr>
              <w:t>1</w:t>
            </w:r>
          </w:p>
        </w:tc>
        <w:tc>
          <w:tcPr>
            <w:tcW w:w="4535" w:type="dxa"/>
          </w:tcPr>
          <w:p w14:paraId="341ABBF1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700" w:type="dxa"/>
          </w:tcPr>
          <w:p w14:paraId="00A8D16A" w14:textId="77777777" w:rsidR="006B572A" w:rsidRDefault="006B572A"/>
        </w:tc>
        <w:tc>
          <w:tcPr>
            <w:tcW w:w="2040" w:type="dxa"/>
          </w:tcPr>
          <w:p w14:paraId="67768036" w14:textId="77777777" w:rsidR="006B572A" w:rsidRDefault="006B572A"/>
        </w:tc>
      </w:tr>
      <w:tr w:rsidR="006B572A" w14:paraId="19DF8499" w14:textId="77777777">
        <w:trPr>
          <w:cantSplit/>
          <w:jc w:val="center"/>
        </w:trPr>
        <w:tc>
          <w:tcPr>
            <w:tcW w:w="680" w:type="dxa"/>
          </w:tcPr>
          <w:p w14:paraId="466C2E3E" w14:textId="77777777" w:rsidR="006B572A" w:rsidRDefault="00000000">
            <w:pPr>
              <w:jc w:val="center"/>
            </w:pPr>
            <w:r>
              <w:rPr>
                <w:color w:val="000000"/>
                <w:sz w:val="19"/>
              </w:rPr>
              <w:t>2</w:t>
            </w:r>
          </w:p>
        </w:tc>
        <w:tc>
          <w:tcPr>
            <w:tcW w:w="4535" w:type="dxa"/>
          </w:tcPr>
          <w:p w14:paraId="3F36DF3C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700" w:type="dxa"/>
          </w:tcPr>
          <w:p w14:paraId="371ECB0D" w14:textId="77777777" w:rsidR="006B572A" w:rsidRDefault="006B572A"/>
        </w:tc>
        <w:tc>
          <w:tcPr>
            <w:tcW w:w="2040" w:type="dxa"/>
          </w:tcPr>
          <w:p w14:paraId="33608BCA" w14:textId="77777777" w:rsidR="006B572A" w:rsidRDefault="006B572A"/>
        </w:tc>
      </w:tr>
      <w:tr w:rsidR="006B572A" w14:paraId="54B3E9C5" w14:textId="77777777">
        <w:trPr>
          <w:cantSplit/>
          <w:jc w:val="center"/>
        </w:trPr>
        <w:tc>
          <w:tcPr>
            <w:tcW w:w="680" w:type="dxa"/>
          </w:tcPr>
          <w:p w14:paraId="2EEEAE9C" w14:textId="77777777" w:rsidR="006B572A" w:rsidRDefault="00000000">
            <w:pPr>
              <w:jc w:val="center"/>
            </w:pPr>
            <w:r>
              <w:rPr>
                <w:color w:val="000000"/>
                <w:sz w:val="19"/>
              </w:rPr>
              <w:t>3</w:t>
            </w:r>
          </w:p>
        </w:tc>
        <w:tc>
          <w:tcPr>
            <w:tcW w:w="4535" w:type="dxa"/>
          </w:tcPr>
          <w:p w14:paraId="15AD6606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700" w:type="dxa"/>
          </w:tcPr>
          <w:p w14:paraId="382FB55E" w14:textId="77777777" w:rsidR="006B572A" w:rsidRDefault="006B572A"/>
        </w:tc>
        <w:tc>
          <w:tcPr>
            <w:tcW w:w="2040" w:type="dxa"/>
          </w:tcPr>
          <w:p w14:paraId="194DB20A" w14:textId="77777777" w:rsidR="006B572A" w:rsidRDefault="006B572A"/>
        </w:tc>
      </w:tr>
      <w:tr w:rsidR="006B572A" w14:paraId="0ECD42FD" w14:textId="77777777">
        <w:trPr>
          <w:cantSplit/>
          <w:jc w:val="center"/>
        </w:trPr>
        <w:tc>
          <w:tcPr>
            <w:tcW w:w="680" w:type="dxa"/>
          </w:tcPr>
          <w:p w14:paraId="151C16FE" w14:textId="77777777" w:rsidR="006B572A" w:rsidRDefault="00000000">
            <w:pPr>
              <w:jc w:val="center"/>
            </w:pPr>
            <w:r>
              <w:rPr>
                <w:color w:val="000000"/>
                <w:sz w:val="19"/>
              </w:rPr>
              <w:t>4</w:t>
            </w:r>
          </w:p>
        </w:tc>
        <w:tc>
          <w:tcPr>
            <w:tcW w:w="4535" w:type="dxa"/>
          </w:tcPr>
          <w:p w14:paraId="71AABB61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700" w:type="dxa"/>
          </w:tcPr>
          <w:p w14:paraId="3DE35F6A" w14:textId="77777777" w:rsidR="006B572A" w:rsidRDefault="006B572A"/>
        </w:tc>
        <w:tc>
          <w:tcPr>
            <w:tcW w:w="2040" w:type="dxa"/>
          </w:tcPr>
          <w:p w14:paraId="56D043FE" w14:textId="77777777" w:rsidR="006B572A" w:rsidRDefault="006B572A"/>
        </w:tc>
      </w:tr>
      <w:tr w:rsidR="006B572A" w14:paraId="5A71E54B" w14:textId="77777777">
        <w:trPr>
          <w:cantSplit/>
          <w:jc w:val="center"/>
        </w:trPr>
        <w:tc>
          <w:tcPr>
            <w:tcW w:w="680" w:type="dxa"/>
          </w:tcPr>
          <w:p w14:paraId="738FA3F9" w14:textId="77777777" w:rsidR="006B572A" w:rsidRDefault="00000000">
            <w:pPr>
              <w:jc w:val="center"/>
            </w:pPr>
            <w:r>
              <w:rPr>
                <w:color w:val="000000"/>
                <w:sz w:val="19"/>
              </w:rPr>
              <w:t>5</w:t>
            </w:r>
          </w:p>
        </w:tc>
        <w:tc>
          <w:tcPr>
            <w:tcW w:w="4535" w:type="dxa"/>
          </w:tcPr>
          <w:p w14:paraId="68926CE8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700" w:type="dxa"/>
          </w:tcPr>
          <w:p w14:paraId="5468FE62" w14:textId="77777777" w:rsidR="006B572A" w:rsidRDefault="006B572A"/>
        </w:tc>
        <w:tc>
          <w:tcPr>
            <w:tcW w:w="2040" w:type="dxa"/>
          </w:tcPr>
          <w:p w14:paraId="5AF3EA57" w14:textId="77777777" w:rsidR="006B572A" w:rsidRDefault="006B572A"/>
        </w:tc>
      </w:tr>
      <w:tr w:rsidR="006B572A" w14:paraId="1202517A" w14:textId="77777777">
        <w:trPr>
          <w:cantSplit/>
          <w:jc w:val="center"/>
        </w:trPr>
        <w:tc>
          <w:tcPr>
            <w:tcW w:w="680" w:type="dxa"/>
          </w:tcPr>
          <w:p w14:paraId="5E765858" w14:textId="77777777" w:rsidR="006B572A" w:rsidRDefault="00000000">
            <w:pPr>
              <w:jc w:val="center"/>
            </w:pPr>
            <w:r>
              <w:rPr>
                <w:color w:val="000000"/>
                <w:sz w:val="19"/>
              </w:rPr>
              <w:t>6</w:t>
            </w:r>
          </w:p>
        </w:tc>
        <w:tc>
          <w:tcPr>
            <w:tcW w:w="4535" w:type="dxa"/>
          </w:tcPr>
          <w:p w14:paraId="7D280999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700" w:type="dxa"/>
          </w:tcPr>
          <w:p w14:paraId="0405266D" w14:textId="77777777" w:rsidR="006B572A" w:rsidRDefault="006B572A"/>
        </w:tc>
        <w:tc>
          <w:tcPr>
            <w:tcW w:w="2040" w:type="dxa"/>
          </w:tcPr>
          <w:p w14:paraId="549FD02E" w14:textId="77777777" w:rsidR="006B572A" w:rsidRDefault="006B572A"/>
        </w:tc>
      </w:tr>
    </w:tbl>
    <w:p w14:paraId="7DFC63D9" w14:textId="77777777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7. Očekivani rezultati i pokazatelji</w:t>
      </w:r>
    </w:p>
    <w:p w14:paraId="568F7451" w14:textId="77777777" w:rsidR="006B572A" w:rsidRPr="00E127E5" w:rsidRDefault="00000000">
      <w:pPr>
        <w:spacing w:after="80" w:line="240" w:lineRule="auto"/>
        <w:rPr>
          <w:lang w:val="de-DE"/>
        </w:rPr>
      </w:pPr>
      <w:r w:rsidRPr="00E127E5">
        <w:rPr>
          <w:i/>
          <w:color w:val="666666"/>
          <w:sz w:val="18"/>
          <w:lang w:val="de-DE"/>
        </w:rPr>
        <w:t>Rezultat je neposredna promjena ili proizvod aktivnosti. Pokazatelj treba omogućiti mjerenje ostvarenja. Za svaki pokazatelj navedite početno stanje, ciljanu vrijednost i izvor provjere.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2325"/>
        <w:gridCol w:w="2324"/>
        <w:gridCol w:w="1247"/>
        <w:gridCol w:w="1247"/>
        <w:gridCol w:w="1814"/>
      </w:tblGrid>
      <w:tr w:rsidR="006B572A" w14:paraId="4BF12537" w14:textId="77777777">
        <w:trPr>
          <w:tblHeader/>
          <w:jc w:val="center"/>
        </w:trPr>
        <w:tc>
          <w:tcPr>
            <w:tcW w:w="2324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6E2443" w14:textId="77777777" w:rsidR="006B572A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Očekivani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rezultat</w:t>
            </w:r>
            <w:proofErr w:type="spellEnd"/>
          </w:p>
        </w:tc>
        <w:tc>
          <w:tcPr>
            <w:tcW w:w="2324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71FA34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Pokazatelj</w:t>
            </w:r>
          </w:p>
        </w:tc>
        <w:tc>
          <w:tcPr>
            <w:tcW w:w="1247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986AE3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Početno stanje</w:t>
            </w:r>
          </w:p>
        </w:tc>
        <w:tc>
          <w:tcPr>
            <w:tcW w:w="1247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498A0A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Ciljana vrijednost</w:t>
            </w:r>
          </w:p>
        </w:tc>
        <w:tc>
          <w:tcPr>
            <w:tcW w:w="1814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4179F9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Izvor provjere</w:t>
            </w:r>
          </w:p>
        </w:tc>
      </w:tr>
      <w:tr w:rsidR="006B572A" w14:paraId="4DB022DE" w14:textId="77777777">
        <w:trPr>
          <w:cantSplit/>
          <w:jc w:val="center"/>
        </w:trPr>
        <w:tc>
          <w:tcPr>
            <w:tcW w:w="2324" w:type="dxa"/>
          </w:tcPr>
          <w:p w14:paraId="7D2D8E10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2324" w:type="dxa"/>
          </w:tcPr>
          <w:p w14:paraId="57AFE8E8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247" w:type="dxa"/>
          </w:tcPr>
          <w:p w14:paraId="1286F81B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247" w:type="dxa"/>
          </w:tcPr>
          <w:p w14:paraId="5EE8E5E5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814" w:type="dxa"/>
          </w:tcPr>
          <w:p w14:paraId="27C863FA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  <w:tr w:rsidR="006B572A" w14:paraId="58DC6C51" w14:textId="77777777">
        <w:trPr>
          <w:cantSplit/>
          <w:jc w:val="center"/>
        </w:trPr>
        <w:tc>
          <w:tcPr>
            <w:tcW w:w="2324" w:type="dxa"/>
          </w:tcPr>
          <w:p w14:paraId="79368F90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2324" w:type="dxa"/>
          </w:tcPr>
          <w:p w14:paraId="3D2E7D40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247" w:type="dxa"/>
          </w:tcPr>
          <w:p w14:paraId="3B87D67E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247" w:type="dxa"/>
          </w:tcPr>
          <w:p w14:paraId="653C7C3C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814" w:type="dxa"/>
          </w:tcPr>
          <w:p w14:paraId="5C76E92E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  <w:tr w:rsidR="006B572A" w14:paraId="3EF82316" w14:textId="77777777">
        <w:trPr>
          <w:cantSplit/>
          <w:jc w:val="center"/>
        </w:trPr>
        <w:tc>
          <w:tcPr>
            <w:tcW w:w="2324" w:type="dxa"/>
          </w:tcPr>
          <w:p w14:paraId="1B343AC4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2324" w:type="dxa"/>
          </w:tcPr>
          <w:p w14:paraId="3DBF34CA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247" w:type="dxa"/>
          </w:tcPr>
          <w:p w14:paraId="6B58FD13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247" w:type="dxa"/>
          </w:tcPr>
          <w:p w14:paraId="4FF1BDFC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814" w:type="dxa"/>
          </w:tcPr>
          <w:p w14:paraId="08123E99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  <w:tr w:rsidR="006B572A" w14:paraId="354A4086" w14:textId="77777777">
        <w:trPr>
          <w:cantSplit/>
          <w:jc w:val="center"/>
        </w:trPr>
        <w:tc>
          <w:tcPr>
            <w:tcW w:w="2324" w:type="dxa"/>
          </w:tcPr>
          <w:p w14:paraId="5066E2FA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2324" w:type="dxa"/>
          </w:tcPr>
          <w:p w14:paraId="161E5E73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247" w:type="dxa"/>
          </w:tcPr>
          <w:p w14:paraId="261A1C26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247" w:type="dxa"/>
          </w:tcPr>
          <w:p w14:paraId="52B6A463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814" w:type="dxa"/>
          </w:tcPr>
          <w:p w14:paraId="43CD47DA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  <w:tr w:rsidR="006B572A" w14:paraId="029A6990" w14:textId="77777777">
        <w:trPr>
          <w:cantSplit/>
          <w:jc w:val="center"/>
        </w:trPr>
        <w:tc>
          <w:tcPr>
            <w:tcW w:w="2324" w:type="dxa"/>
          </w:tcPr>
          <w:p w14:paraId="7C9A35B5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2324" w:type="dxa"/>
          </w:tcPr>
          <w:p w14:paraId="430B6993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247" w:type="dxa"/>
          </w:tcPr>
          <w:p w14:paraId="27DDF9F4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247" w:type="dxa"/>
          </w:tcPr>
          <w:p w14:paraId="09CADF69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1814" w:type="dxa"/>
          </w:tcPr>
          <w:p w14:paraId="46E9637C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</w:tbl>
    <w:p w14:paraId="338010C8" w14:textId="77777777" w:rsidR="00E127E5" w:rsidRDefault="00E127E5">
      <w:pPr>
        <w:keepNext/>
        <w:keepLines/>
        <w:spacing w:before="180" w:after="80" w:line="240" w:lineRule="auto"/>
        <w:rPr>
          <w:b/>
          <w:color w:val="1F4E79"/>
          <w:sz w:val="25"/>
        </w:rPr>
      </w:pPr>
    </w:p>
    <w:p w14:paraId="78D060CC" w14:textId="3FA8382E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8. Organizacijski i stručni kapaciteti aplikanta</w:t>
      </w:r>
    </w:p>
    <w:p w14:paraId="6D1E67BF" w14:textId="77777777" w:rsidR="006B572A" w:rsidRDefault="00000000">
      <w:pPr>
        <w:spacing w:after="80" w:line="240" w:lineRule="auto"/>
      </w:pPr>
      <w:r>
        <w:rPr>
          <w:i/>
          <w:color w:val="666666"/>
          <w:sz w:val="18"/>
        </w:rPr>
        <w:t>Opišite iskustvo u radu s ciljnom grupom, prethodne slične programe, raspoložive ljudske i tehničke kapacitete te način finansijskog i programskog upravljanja. Najviše 2.500 znakova.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2267"/>
        <w:gridCol w:w="2154"/>
        <w:gridCol w:w="2607"/>
        <w:gridCol w:w="1929"/>
      </w:tblGrid>
      <w:tr w:rsidR="006B572A" w14:paraId="39A90002" w14:textId="77777777">
        <w:trPr>
          <w:cantSplit/>
          <w:jc w:val="center"/>
        </w:trPr>
        <w:tc>
          <w:tcPr>
            <w:tcW w:w="8957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7F020C" w14:textId="77777777" w:rsidR="006B572A" w:rsidRDefault="006B572A"/>
          <w:p w14:paraId="1D7E6359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14B610C5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27AE1B54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5D5B1D1C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0B78B2D6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3071724B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0B3A63B7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5A102D5C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</w:tc>
      </w:tr>
      <w:tr w:rsidR="006B572A" w14:paraId="74978418" w14:textId="77777777">
        <w:trPr>
          <w:tblHeader/>
          <w:jc w:val="center"/>
        </w:trPr>
        <w:tc>
          <w:tcPr>
            <w:tcW w:w="2267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72218C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Ime i prezime</w:t>
            </w:r>
          </w:p>
        </w:tc>
        <w:tc>
          <w:tcPr>
            <w:tcW w:w="2154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7DC303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Uloga</w:t>
            </w:r>
          </w:p>
        </w:tc>
        <w:tc>
          <w:tcPr>
            <w:tcW w:w="2607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AF2B0C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Relevantno iskustvo/kvalifikacije</w:t>
            </w:r>
          </w:p>
        </w:tc>
        <w:tc>
          <w:tcPr>
            <w:tcW w:w="1927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1346FF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Vrsta angažmana</w:t>
            </w:r>
          </w:p>
        </w:tc>
      </w:tr>
      <w:tr w:rsidR="006B572A" w14:paraId="3433A6C4" w14:textId="77777777">
        <w:trPr>
          <w:cantSplit/>
          <w:jc w:val="center"/>
        </w:trPr>
        <w:tc>
          <w:tcPr>
            <w:tcW w:w="2267" w:type="dxa"/>
          </w:tcPr>
          <w:p w14:paraId="73B37671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154" w:type="dxa"/>
          </w:tcPr>
          <w:p w14:paraId="46D3B247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607" w:type="dxa"/>
          </w:tcPr>
          <w:p w14:paraId="426B36EB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927" w:type="dxa"/>
          </w:tcPr>
          <w:p w14:paraId="2626A925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71733801" w14:textId="77777777">
        <w:trPr>
          <w:cantSplit/>
          <w:jc w:val="center"/>
        </w:trPr>
        <w:tc>
          <w:tcPr>
            <w:tcW w:w="2267" w:type="dxa"/>
          </w:tcPr>
          <w:p w14:paraId="3C917B21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154" w:type="dxa"/>
          </w:tcPr>
          <w:p w14:paraId="342D773B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607" w:type="dxa"/>
          </w:tcPr>
          <w:p w14:paraId="4F43EEE5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927" w:type="dxa"/>
          </w:tcPr>
          <w:p w14:paraId="7C30A692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5E23878C" w14:textId="77777777">
        <w:trPr>
          <w:cantSplit/>
          <w:jc w:val="center"/>
        </w:trPr>
        <w:tc>
          <w:tcPr>
            <w:tcW w:w="2267" w:type="dxa"/>
          </w:tcPr>
          <w:p w14:paraId="6C388010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154" w:type="dxa"/>
          </w:tcPr>
          <w:p w14:paraId="4E95CFD6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607" w:type="dxa"/>
          </w:tcPr>
          <w:p w14:paraId="64531F7A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927" w:type="dxa"/>
          </w:tcPr>
          <w:p w14:paraId="63EB8A3F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676DC5B4" w14:textId="77777777">
        <w:trPr>
          <w:cantSplit/>
          <w:jc w:val="center"/>
        </w:trPr>
        <w:tc>
          <w:tcPr>
            <w:tcW w:w="2267" w:type="dxa"/>
          </w:tcPr>
          <w:p w14:paraId="1413FEF2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154" w:type="dxa"/>
          </w:tcPr>
          <w:p w14:paraId="5E2851C5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607" w:type="dxa"/>
          </w:tcPr>
          <w:p w14:paraId="4BD5D3D3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927" w:type="dxa"/>
          </w:tcPr>
          <w:p w14:paraId="652C16A6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4C2ABD1B" w14:textId="77777777">
        <w:trPr>
          <w:cantSplit/>
          <w:jc w:val="center"/>
        </w:trPr>
        <w:tc>
          <w:tcPr>
            <w:tcW w:w="2267" w:type="dxa"/>
          </w:tcPr>
          <w:p w14:paraId="79467DB4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154" w:type="dxa"/>
          </w:tcPr>
          <w:p w14:paraId="20515123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607" w:type="dxa"/>
          </w:tcPr>
          <w:p w14:paraId="6AA2712C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927" w:type="dxa"/>
          </w:tcPr>
          <w:p w14:paraId="74DC8D6E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</w:tbl>
    <w:p w14:paraId="1EA5904C" w14:textId="77777777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9. Partneri i saradnici</w:t>
      </w:r>
    </w:p>
    <w:p w14:paraId="509D8521" w14:textId="77777777" w:rsidR="006B572A" w:rsidRDefault="00000000">
      <w:pPr>
        <w:spacing w:after="80" w:line="240" w:lineRule="auto"/>
      </w:pPr>
      <w:r>
        <w:rPr>
          <w:i/>
          <w:color w:val="666666"/>
          <w:sz w:val="18"/>
        </w:rPr>
        <w:t>Navesti formalne partnere i druge institucije ili organizacije koje će učestvovati u provedbi. Ako partnera nema, upisati „Nije primjenjivo“.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741"/>
        <w:gridCol w:w="2381"/>
      </w:tblGrid>
      <w:tr w:rsidR="006B572A" w14:paraId="2500ACA1" w14:textId="77777777">
        <w:trPr>
          <w:tblHeader/>
          <w:jc w:val="center"/>
        </w:trPr>
        <w:tc>
          <w:tcPr>
            <w:tcW w:w="2834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0934CE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Naziv partnera/saradnika</w:t>
            </w:r>
          </w:p>
        </w:tc>
        <w:tc>
          <w:tcPr>
            <w:tcW w:w="3741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3B994D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Uloga i doprinos</w:t>
            </w:r>
          </w:p>
        </w:tc>
        <w:tc>
          <w:tcPr>
            <w:tcW w:w="2381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751058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Potvrđen doprinos/sredstva</w:t>
            </w:r>
          </w:p>
        </w:tc>
      </w:tr>
      <w:tr w:rsidR="006B572A" w14:paraId="1A2D1E31" w14:textId="77777777">
        <w:trPr>
          <w:cantSplit/>
          <w:jc w:val="center"/>
        </w:trPr>
        <w:tc>
          <w:tcPr>
            <w:tcW w:w="2834" w:type="dxa"/>
          </w:tcPr>
          <w:p w14:paraId="25EB59DB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3741" w:type="dxa"/>
          </w:tcPr>
          <w:p w14:paraId="50E2F755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381" w:type="dxa"/>
          </w:tcPr>
          <w:p w14:paraId="2E374A60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52801F84" w14:textId="77777777">
        <w:trPr>
          <w:cantSplit/>
          <w:jc w:val="center"/>
        </w:trPr>
        <w:tc>
          <w:tcPr>
            <w:tcW w:w="2834" w:type="dxa"/>
          </w:tcPr>
          <w:p w14:paraId="4FEC050F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3741" w:type="dxa"/>
          </w:tcPr>
          <w:p w14:paraId="2C8AE053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381" w:type="dxa"/>
          </w:tcPr>
          <w:p w14:paraId="66CC9BC1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226A34EE" w14:textId="77777777">
        <w:trPr>
          <w:cantSplit/>
          <w:jc w:val="center"/>
        </w:trPr>
        <w:tc>
          <w:tcPr>
            <w:tcW w:w="2834" w:type="dxa"/>
          </w:tcPr>
          <w:p w14:paraId="1845F415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3741" w:type="dxa"/>
          </w:tcPr>
          <w:p w14:paraId="4EB17709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381" w:type="dxa"/>
          </w:tcPr>
          <w:p w14:paraId="093070F6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22446360" w14:textId="77777777">
        <w:trPr>
          <w:cantSplit/>
          <w:jc w:val="center"/>
        </w:trPr>
        <w:tc>
          <w:tcPr>
            <w:tcW w:w="2834" w:type="dxa"/>
          </w:tcPr>
          <w:p w14:paraId="5F7D64B4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3741" w:type="dxa"/>
          </w:tcPr>
          <w:p w14:paraId="688D29DA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2381" w:type="dxa"/>
          </w:tcPr>
          <w:p w14:paraId="0A8B6F95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</w:tbl>
    <w:p w14:paraId="34A50EDA" w14:textId="77777777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10. Rizici i mjere ublažavanja</w:t>
      </w:r>
    </w:p>
    <w:p w14:paraId="3B3784C8" w14:textId="77777777" w:rsidR="006B572A" w:rsidRDefault="00000000">
      <w:pPr>
        <w:spacing w:after="80" w:line="240" w:lineRule="auto"/>
      </w:pPr>
      <w:r>
        <w:rPr>
          <w:i/>
          <w:color w:val="666666"/>
          <w:sz w:val="18"/>
        </w:rPr>
        <w:t>Navedite moguće unutrašnje i vanjske rizike koji mogu uticati na aktivnosti, korisnike, rokove ili budžet i način njihovog ublažavanja.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1700"/>
        <w:gridCol w:w="3742"/>
      </w:tblGrid>
      <w:tr w:rsidR="006B572A" w14:paraId="6520A374" w14:textId="77777777">
        <w:trPr>
          <w:tblHeader/>
          <w:jc w:val="center"/>
        </w:trPr>
        <w:tc>
          <w:tcPr>
            <w:tcW w:w="3514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EDC05A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Rizik</w:t>
            </w:r>
          </w:p>
        </w:tc>
        <w:tc>
          <w:tcPr>
            <w:tcW w:w="1700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F9126A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Vjerovatnoća/utjecaj</w:t>
            </w:r>
          </w:p>
        </w:tc>
        <w:tc>
          <w:tcPr>
            <w:tcW w:w="3741" w:type="dxa"/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443E8E" w14:textId="77777777" w:rsidR="006B572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Mjera ublažavanja</w:t>
            </w:r>
          </w:p>
        </w:tc>
      </w:tr>
      <w:tr w:rsidR="006B572A" w14:paraId="502D4321" w14:textId="77777777">
        <w:trPr>
          <w:cantSplit/>
          <w:jc w:val="center"/>
        </w:trPr>
        <w:tc>
          <w:tcPr>
            <w:tcW w:w="3514" w:type="dxa"/>
          </w:tcPr>
          <w:p w14:paraId="302B7920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700" w:type="dxa"/>
          </w:tcPr>
          <w:p w14:paraId="0ED28E41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3741" w:type="dxa"/>
          </w:tcPr>
          <w:p w14:paraId="3EA80DFC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718174C3" w14:textId="77777777">
        <w:trPr>
          <w:cantSplit/>
          <w:jc w:val="center"/>
        </w:trPr>
        <w:tc>
          <w:tcPr>
            <w:tcW w:w="3514" w:type="dxa"/>
          </w:tcPr>
          <w:p w14:paraId="737526DF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700" w:type="dxa"/>
          </w:tcPr>
          <w:p w14:paraId="706129B4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3741" w:type="dxa"/>
          </w:tcPr>
          <w:p w14:paraId="5A89BF6C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0EC799F3" w14:textId="77777777">
        <w:trPr>
          <w:cantSplit/>
          <w:jc w:val="center"/>
        </w:trPr>
        <w:tc>
          <w:tcPr>
            <w:tcW w:w="3514" w:type="dxa"/>
          </w:tcPr>
          <w:p w14:paraId="0E695793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700" w:type="dxa"/>
          </w:tcPr>
          <w:p w14:paraId="7A516A41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3741" w:type="dxa"/>
          </w:tcPr>
          <w:p w14:paraId="2066473C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  <w:tr w:rsidR="006B572A" w14:paraId="70BE13F7" w14:textId="77777777">
        <w:trPr>
          <w:cantSplit/>
          <w:jc w:val="center"/>
        </w:trPr>
        <w:tc>
          <w:tcPr>
            <w:tcW w:w="3514" w:type="dxa"/>
          </w:tcPr>
          <w:p w14:paraId="1A69A7E4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1700" w:type="dxa"/>
          </w:tcPr>
          <w:p w14:paraId="625A9A89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  <w:tc>
          <w:tcPr>
            <w:tcW w:w="3741" w:type="dxa"/>
          </w:tcPr>
          <w:p w14:paraId="48E76943" w14:textId="77777777" w:rsidR="006B572A" w:rsidRDefault="00000000">
            <w:r>
              <w:rPr>
                <w:color w:val="000000"/>
                <w:sz w:val="19"/>
              </w:rPr>
              <w:br/>
            </w:r>
          </w:p>
        </w:tc>
      </w:tr>
    </w:tbl>
    <w:p w14:paraId="4710E8C2" w14:textId="77777777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11. Održivost i dugoročan utjecaj</w:t>
      </w:r>
    </w:p>
    <w:p w14:paraId="6EBE4865" w14:textId="77777777" w:rsidR="006B572A" w:rsidRDefault="00000000">
      <w:pPr>
        <w:spacing w:after="80" w:line="240" w:lineRule="auto"/>
      </w:pPr>
      <w:r>
        <w:rPr>
          <w:i/>
          <w:color w:val="666666"/>
          <w:sz w:val="18"/>
        </w:rPr>
        <w:t>Opišite kako će se rezultati i koristi za krajnje korisnike nastaviti nakon prestanka finansiranja Grada, kako će se koristiti nabavljena oprema i koji se dugoročniji učinak očekuje. Najviše 2.000 znakova.</w:t>
      </w:r>
    </w:p>
    <w:tbl>
      <w:tblPr>
        <w:tblStyle w:val="TableGrid"/>
        <w:tblW w:w="8972" w:type="dxa"/>
        <w:jc w:val="center"/>
        <w:tblLayout w:type="fixed"/>
        <w:tblLook w:val="04A0" w:firstRow="1" w:lastRow="0" w:firstColumn="1" w:lastColumn="0" w:noHBand="0" w:noVBand="1"/>
      </w:tblPr>
      <w:tblGrid>
        <w:gridCol w:w="8972"/>
      </w:tblGrid>
      <w:tr w:rsidR="006B572A" w14:paraId="5C2338DA" w14:textId="77777777" w:rsidTr="00E127E5">
        <w:trPr>
          <w:cantSplit/>
          <w:trHeight w:val="2913"/>
          <w:jc w:val="center"/>
        </w:trPr>
        <w:tc>
          <w:tcPr>
            <w:tcW w:w="89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EC3671" w14:textId="77777777" w:rsidR="006B572A" w:rsidRDefault="006B572A"/>
          <w:p w14:paraId="44F14852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77703F43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2837E680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03928B67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27FAAC29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56AB6E25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09AD65B3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75DA9C45" w14:textId="77777777" w:rsidR="00E127E5" w:rsidRDefault="00E127E5">
      <w:pPr>
        <w:keepNext/>
        <w:keepLines/>
        <w:spacing w:before="180" w:after="80" w:line="240" w:lineRule="auto"/>
        <w:rPr>
          <w:b/>
          <w:color w:val="1F4E79"/>
          <w:sz w:val="25"/>
        </w:rPr>
      </w:pPr>
    </w:p>
    <w:p w14:paraId="3716503C" w14:textId="77777777" w:rsidR="00E127E5" w:rsidRDefault="00E127E5">
      <w:pPr>
        <w:keepNext/>
        <w:keepLines/>
        <w:spacing w:before="180" w:after="80" w:line="240" w:lineRule="auto"/>
        <w:rPr>
          <w:b/>
          <w:color w:val="1F4E79"/>
          <w:sz w:val="25"/>
        </w:rPr>
      </w:pPr>
    </w:p>
    <w:p w14:paraId="4E48DF35" w14:textId="5EA9E72B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12. Pristupačnost, ravnopravnost i zaštita korisnika</w:t>
      </w:r>
    </w:p>
    <w:p w14:paraId="5CA7D031" w14:textId="77777777" w:rsidR="006B572A" w:rsidRDefault="00000000">
      <w:pPr>
        <w:spacing w:after="80" w:line="240" w:lineRule="auto"/>
      </w:pPr>
      <w:r>
        <w:rPr>
          <w:i/>
          <w:color w:val="666666"/>
          <w:sz w:val="18"/>
        </w:rPr>
        <w:t>Objasnite kako program/projekt uvažava potrebe žena i muškaraca, osoba s invaliditetom i višestruko ugroženih osoba. Opišite mjere fizičke, komunikacijske i informacijske pristupačnosti te zaštite djece i drugih ranjivih korisnika, gdje je primjenjivo.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6B572A" w14:paraId="2DC4FD99" w14:textId="77777777">
        <w:trPr>
          <w:cantSplit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EABCC5" w14:textId="77777777" w:rsidR="006B572A" w:rsidRDefault="006B572A"/>
          <w:p w14:paraId="4458AAA8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1897C7C0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11D6C6A0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778EB29A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3866ACEA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5604674C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01FBA3BB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7941A70E" w14:textId="77777777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13. Praćenje realizacije i izvještavanje</w:t>
      </w:r>
    </w:p>
    <w:p w14:paraId="66B2B813" w14:textId="77777777" w:rsidR="006B572A" w:rsidRDefault="00000000">
      <w:pPr>
        <w:spacing w:after="80" w:line="240" w:lineRule="auto"/>
      </w:pPr>
      <w:r>
        <w:rPr>
          <w:i/>
          <w:color w:val="666666"/>
          <w:sz w:val="18"/>
        </w:rPr>
        <w:t>Opišite ko prikuplja podatke, koliko često se prati napredak, kako se provjeravaju pokazatelji i na koji način se evidentiraju aktivnosti, korisnici i troškovi.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6B572A" w14:paraId="1B76DBBC" w14:textId="77777777">
        <w:trPr>
          <w:cantSplit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7BE0CD" w14:textId="2FB331B6" w:rsidR="006B572A" w:rsidRDefault="006B572A"/>
          <w:p w14:paraId="286BD025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4B1CF3B5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30BE3F8C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0D989AB4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3273B1C0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39D86BA0" w14:textId="77777777" w:rsidR="006B572A" w:rsidRDefault="00000000">
      <w:pPr>
        <w:keepNext/>
        <w:keepLines/>
        <w:spacing w:before="180" w:after="80" w:line="240" w:lineRule="auto"/>
      </w:pPr>
      <w:r>
        <w:rPr>
          <w:b/>
          <w:color w:val="1F4E79"/>
          <w:sz w:val="25"/>
        </w:rPr>
        <w:t>14. Komunikacija i vidljivost</w:t>
      </w:r>
    </w:p>
    <w:p w14:paraId="3EA5B909" w14:textId="77777777" w:rsidR="006B572A" w:rsidRDefault="00000000">
      <w:pPr>
        <w:spacing w:after="80" w:line="240" w:lineRule="auto"/>
      </w:pPr>
      <w:r>
        <w:rPr>
          <w:i/>
          <w:color w:val="666666"/>
          <w:sz w:val="18"/>
        </w:rPr>
        <w:t>Ukratko navedite planirane načine informisanja korisnika i javnosti te način isticanja podrške Grada Gračanica. Detaljan plan promocije dostavlja se u posebnom prilogu.</w:t>
      </w:r>
    </w:p>
    <w:tbl>
      <w:tblPr>
        <w:tblStyle w:val="TableGrid"/>
        <w:tblW w:w="8957" w:type="dxa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6B572A" w14:paraId="77797A2D" w14:textId="77777777">
        <w:trPr>
          <w:cantSplit/>
          <w:jc w:val="center"/>
        </w:trPr>
        <w:tc>
          <w:tcPr>
            <w:tcW w:w="89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B854ED" w14:textId="77777777" w:rsidR="006B572A" w:rsidRDefault="006B572A"/>
          <w:p w14:paraId="189EECF4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23F51300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0BE6AFFC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2BFA06E1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  <w:p w14:paraId="31E69F49" w14:textId="77777777" w:rsidR="006B572A" w:rsidRDefault="00000000"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0B4485D8" w14:textId="77777777" w:rsidR="00E127E5" w:rsidRDefault="00E127E5" w:rsidP="00E127E5"/>
    <w:p w14:paraId="5EDB923F" w14:textId="1DF641BC" w:rsidR="006B572A" w:rsidRDefault="00000000" w:rsidP="00E127E5">
      <w:r>
        <w:rPr>
          <w:b/>
          <w:color w:val="1F4E79"/>
          <w:sz w:val="25"/>
        </w:rPr>
        <w:t>15. Izjava ovlaštene osobe</w:t>
      </w:r>
    </w:p>
    <w:p w14:paraId="28866A3B" w14:textId="77777777" w:rsidR="006B572A" w:rsidRDefault="00000000">
      <w:pPr>
        <w:spacing w:after="80" w:line="252" w:lineRule="auto"/>
      </w:pPr>
      <w:r>
        <w:rPr>
          <w:color w:val="000000"/>
        </w:rPr>
        <w:t>Pod punom materijalnom i krivičnom odgovornošću izjavljujem da su podaci navedeni u ovom obrascu tačni i potpuni, da je prijava odobrena od nadležnog organa aplikanta te da ćemo, u slučaju odobravanja sredstava, program/projekt provoditi u skladu s Javnim pozivom, odobrenom prijavom i ugovorom o finansiranju.</w:t>
      </w:r>
    </w:p>
    <w:tbl>
      <w:tblPr>
        <w:tblStyle w:val="TableGrid"/>
        <w:tblW w:w="9196" w:type="dxa"/>
        <w:jc w:val="center"/>
        <w:tblLayout w:type="fixed"/>
        <w:tblLook w:val="04A0" w:firstRow="1" w:lastRow="0" w:firstColumn="1" w:lastColumn="0" w:noHBand="0" w:noVBand="1"/>
      </w:tblPr>
      <w:tblGrid>
        <w:gridCol w:w="3026"/>
        <w:gridCol w:w="6170"/>
      </w:tblGrid>
      <w:tr w:rsidR="006B572A" w14:paraId="52DA1D6D" w14:textId="77777777" w:rsidTr="00E127E5">
        <w:trPr>
          <w:cantSplit/>
          <w:trHeight w:val="308"/>
          <w:jc w:val="center"/>
        </w:trPr>
        <w:tc>
          <w:tcPr>
            <w:tcW w:w="3026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A63020" w14:textId="77777777" w:rsidR="006B572A" w:rsidRDefault="00000000">
            <w:r>
              <w:rPr>
                <w:b/>
                <w:color w:val="000000"/>
                <w:sz w:val="19"/>
              </w:rPr>
              <w:lastRenderedPageBreak/>
              <w:t>Mjesto i datum</w:t>
            </w:r>
          </w:p>
        </w:tc>
        <w:tc>
          <w:tcPr>
            <w:tcW w:w="61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911B88" w14:textId="77777777" w:rsidR="006B572A" w:rsidRDefault="006B572A"/>
        </w:tc>
      </w:tr>
      <w:tr w:rsidR="006B572A" w14:paraId="7EADDABC" w14:textId="77777777" w:rsidTr="00E127E5">
        <w:trPr>
          <w:cantSplit/>
          <w:trHeight w:val="559"/>
          <w:jc w:val="center"/>
        </w:trPr>
        <w:tc>
          <w:tcPr>
            <w:tcW w:w="3026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A7C374" w14:textId="77777777" w:rsidR="006B572A" w:rsidRDefault="00000000">
            <w:r>
              <w:rPr>
                <w:b/>
                <w:color w:val="000000"/>
                <w:sz w:val="19"/>
              </w:rPr>
              <w:t>Ime i prezime ovlaštene osobe</w:t>
            </w:r>
          </w:p>
        </w:tc>
        <w:tc>
          <w:tcPr>
            <w:tcW w:w="61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01FF5A" w14:textId="77777777" w:rsidR="006B572A" w:rsidRDefault="006B572A"/>
        </w:tc>
      </w:tr>
      <w:tr w:rsidR="006B572A" w14:paraId="0A5ED850" w14:textId="77777777" w:rsidTr="00E127E5">
        <w:trPr>
          <w:cantSplit/>
          <w:trHeight w:val="289"/>
          <w:jc w:val="center"/>
        </w:trPr>
        <w:tc>
          <w:tcPr>
            <w:tcW w:w="3026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AD6398" w14:textId="77777777" w:rsidR="006B572A" w:rsidRDefault="00000000">
            <w:r>
              <w:rPr>
                <w:b/>
                <w:color w:val="000000"/>
                <w:sz w:val="19"/>
              </w:rPr>
              <w:t>Funkcija</w:t>
            </w:r>
          </w:p>
        </w:tc>
        <w:tc>
          <w:tcPr>
            <w:tcW w:w="61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D2B462" w14:textId="77777777" w:rsidR="006B572A" w:rsidRDefault="006B572A"/>
        </w:tc>
      </w:tr>
      <w:tr w:rsidR="006B572A" w14:paraId="119ACDB5" w14:textId="77777777" w:rsidTr="00E127E5">
        <w:trPr>
          <w:cantSplit/>
          <w:trHeight w:val="868"/>
          <w:jc w:val="center"/>
        </w:trPr>
        <w:tc>
          <w:tcPr>
            <w:tcW w:w="3026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9D3E31" w14:textId="77777777" w:rsidR="006B572A" w:rsidRDefault="00000000">
            <w:r>
              <w:rPr>
                <w:b/>
                <w:color w:val="000000"/>
                <w:sz w:val="19"/>
              </w:rPr>
              <w:t>Potpis i pečat</w:t>
            </w:r>
          </w:p>
        </w:tc>
        <w:tc>
          <w:tcPr>
            <w:tcW w:w="61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67C26D" w14:textId="77777777" w:rsidR="006B572A" w:rsidRDefault="00000000"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</w:tbl>
    <w:p w14:paraId="7AD240D6" w14:textId="77777777" w:rsidR="000C50D1" w:rsidRDefault="000C50D1"/>
    <w:sectPr w:rsidR="000C50D1" w:rsidSect="00034616">
      <w:headerReference w:type="default" r:id="rId8"/>
      <w:footerReference w:type="default" r:id="rId9"/>
      <w:pgSz w:w="11906" w:h="16838"/>
      <w:pgMar w:top="907" w:right="1191" w:bottom="907" w:left="119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306D" w14:textId="77777777" w:rsidR="000265A6" w:rsidRDefault="000265A6">
      <w:pPr>
        <w:spacing w:after="0" w:line="240" w:lineRule="auto"/>
      </w:pPr>
      <w:r>
        <w:separator/>
      </w:r>
    </w:p>
  </w:endnote>
  <w:endnote w:type="continuationSeparator" w:id="0">
    <w:p w14:paraId="29C7DBB2" w14:textId="77777777" w:rsidR="000265A6" w:rsidRDefault="00026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BA7B1" w14:textId="77777777" w:rsidR="006B572A" w:rsidRDefault="00000000">
    <w:pPr>
      <w:pStyle w:val="Footer"/>
      <w:jc w:val="right"/>
    </w:pPr>
    <w:proofErr w:type="spellStart"/>
    <w:r>
      <w:rPr>
        <w:color w:val="666666"/>
        <w:sz w:val="17"/>
      </w:rPr>
      <w:t>Stranica</w:t>
    </w:r>
    <w:proofErr w:type="spellEnd"/>
    <w:r>
      <w:rPr>
        <w:color w:val="666666"/>
        <w:sz w:val="17"/>
      </w:rPr>
      <w:t xml:space="preserve"> </w:t>
    </w:r>
    <w:r>
      <w:rPr>
        <w:color w:val="666666"/>
        <w:sz w:val="17"/>
      </w:rPr>
      <w:fldChar w:fldCharType="begin"/>
    </w:r>
    <w:r>
      <w:rPr>
        <w:color w:val="666666"/>
        <w:sz w:val="17"/>
      </w:rPr>
      <w:instrText xml:space="preserve"> PAGE </w:instrText>
    </w:r>
    <w:r>
      <w:rPr>
        <w:color w:val="666666"/>
        <w:sz w:val="17"/>
      </w:rPr>
      <w:fldChar w:fldCharType="separate"/>
    </w:r>
    <w:r w:rsidR="00E127E5">
      <w:rPr>
        <w:noProof/>
        <w:color w:val="666666"/>
        <w:sz w:val="17"/>
      </w:rPr>
      <w:t>1</w:t>
    </w:r>
    <w:r>
      <w:rPr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3A200" w14:textId="77777777" w:rsidR="000265A6" w:rsidRDefault="000265A6">
      <w:pPr>
        <w:spacing w:after="0" w:line="240" w:lineRule="auto"/>
      </w:pPr>
      <w:r>
        <w:separator/>
      </w:r>
    </w:p>
  </w:footnote>
  <w:footnote w:type="continuationSeparator" w:id="0">
    <w:p w14:paraId="1158979E" w14:textId="77777777" w:rsidR="000265A6" w:rsidRDefault="00026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52FA0" w14:textId="77777777" w:rsidR="006B572A" w:rsidRDefault="00000000">
    <w:pPr>
      <w:pStyle w:val="Header"/>
      <w:jc w:val="center"/>
    </w:pPr>
    <w:r>
      <w:rPr>
        <w:b/>
        <w:color w:val="666666"/>
        <w:sz w:val="17"/>
      </w:rPr>
      <w:t>BOSNA I HERCEGOVINA</w:t>
    </w:r>
    <w:r>
      <w:rPr>
        <w:b/>
        <w:color w:val="666666"/>
        <w:sz w:val="17"/>
      </w:rPr>
      <w:br/>
    </w:r>
    <w:r>
      <w:rPr>
        <w:color w:val="666666"/>
        <w:sz w:val="17"/>
      </w:rPr>
      <w:t>FEDERACIJA BOSNE I HERCEGOVINE | TUZLANSKI KANTON</w:t>
    </w:r>
    <w:r>
      <w:rPr>
        <w:color w:val="666666"/>
        <w:sz w:val="17"/>
      </w:rPr>
      <w:br/>
    </w:r>
    <w:r>
      <w:rPr>
        <w:b/>
        <w:color w:val="1F4E79"/>
        <w:sz w:val="18"/>
      </w:rPr>
      <w:t>GRAD GRAČANICA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3109340">
    <w:abstractNumId w:val="8"/>
  </w:num>
  <w:num w:numId="2" w16cid:durableId="1899122809">
    <w:abstractNumId w:val="6"/>
  </w:num>
  <w:num w:numId="3" w16cid:durableId="540441629">
    <w:abstractNumId w:val="5"/>
  </w:num>
  <w:num w:numId="4" w16cid:durableId="194346425">
    <w:abstractNumId w:val="4"/>
  </w:num>
  <w:num w:numId="5" w16cid:durableId="1291210120">
    <w:abstractNumId w:val="7"/>
  </w:num>
  <w:num w:numId="6" w16cid:durableId="540242731">
    <w:abstractNumId w:val="3"/>
  </w:num>
  <w:num w:numId="7" w16cid:durableId="2122918830">
    <w:abstractNumId w:val="2"/>
  </w:num>
  <w:num w:numId="8" w16cid:durableId="438645380">
    <w:abstractNumId w:val="1"/>
  </w:num>
  <w:num w:numId="9" w16cid:durableId="705451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5A6"/>
    <w:rsid w:val="00034616"/>
    <w:rsid w:val="0006063C"/>
    <w:rsid w:val="000C50D1"/>
    <w:rsid w:val="0015074B"/>
    <w:rsid w:val="0029639D"/>
    <w:rsid w:val="00326F90"/>
    <w:rsid w:val="00517DCD"/>
    <w:rsid w:val="006B572A"/>
    <w:rsid w:val="008F4EC0"/>
    <w:rsid w:val="00AA1D8D"/>
    <w:rsid w:val="00B47730"/>
    <w:rsid w:val="00BD3C3F"/>
    <w:rsid w:val="00C95C83"/>
    <w:rsid w:val="00CB0664"/>
    <w:rsid w:val="00D3349E"/>
    <w:rsid w:val="00E127E5"/>
    <w:rsid w:val="00F769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BF6C4D"/>
  <w14:defaultImageDpi w14:val="300"/>
  <w15:docId w15:val="{764962B7-8E10-421E-9E8A-4D65A374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1 - Prijavni obrazac - opis programa/projekta</dc:title>
  <dc:subject>Javni poziv za podršku marginaliziranim i ranjivim grupama</dc:subject>
  <dc:creator>Grad Gračanica</dc:creator>
  <cp:keywords/>
  <dc:description>generated by python-docx</dc:description>
  <cp:lastModifiedBy>Erhad Brkić</cp:lastModifiedBy>
  <cp:revision>4</cp:revision>
  <dcterms:created xsi:type="dcterms:W3CDTF">2013-12-23T23:15:00Z</dcterms:created>
  <dcterms:modified xsi:type="dcterms:W3CDTF">2026-09-18T09:32:00Z</dcterms:modified>
  <cp:category/>
</cp:coreProperties>
</file>