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A3F81" w14:textId="77777777" w:rsidR="005470F0" w:rsidRPr="008E6EF7" w:rsidRDefault="00000000">
      <w:pPr>
        <w:keepNext/>
        <w:spacing w:after="20" w:line="240" w:lineRule="auto"/>
        <w:jc w:val="center"/>
        <w:rPr>
          <w:lang w:val="de-DE"/>
        </w:rPr>
      </w:pPr>
      <w:r w:rsidRPr="008E6EF7">
        <w:rPr>
          <w:b/>
          <w:color w:val="1F4E79"/>
          <w:lang w:val="de-DE"/>
        </w:rPr>
        <w:t>PRILOG 3</w:t>
      </w:r>
    </w:p>
    <w:p w14:paraId="3EB31706" w14:textId="77777777" w:rsidR="005470F0" w:rsidRPr="008E6EF7" w:rsidRDefault="00000000">
      <w:pPr>
        <w:keepNext/>
        <w:spacing w:after="20" w:line="240" w:lineRule="auto"/>
        <w:jc w:val="center"/>
        <w:rPr>
          <w:lang w:val="de-DE"/>
        </w:rPr>
      </w:pPr>
      <w:r w:rsidRPr="008E6EF7">
        <w:rPr>
          <w:b/>
          <w:color w:val="1F4E79"/>
          <w:sz w:val="30"/>
          <w:lang w:val="de-DE"/>
        </w:rPr>
        <w:t>PLAN AKTIVNOSTI, REZULTATA, POKAZATELJA I PROMOCIJE</w:t>
      </w:r>
    </w:p>
    <w:p w14:paraId="77870EE1" w14:textId="77777777" w:rsidR="005470F0" w:rsidRPr="008E6EF7" w:rsidRDefault="00000000">
      <w:pPr>
        <w:spacing w:after="120" w:line="240" w:lineRule="auto"/>
        <w:jc w:val="center"/>
        <w:rPr>
          <w:lang w:val="de-DE"/>
        </w:rPr>
      </w:pPr>
      <w:proofErr w:type="spellStart"/>
      <w:r w:rsidRPr="008E6EF7">
        <w:rPr>
          <w:b/>
          <w:color w:val="000000"/>
          <w:lang w:val="de-DE"/>
        </w:rPr>
        <w:t>Javni</w:t>
      </w:r>
      <w:proofErr w:type="spellEnd"/>
      <w:r w:rsidRPr="008E6EF7">
        <w:rPr>
          <w:b/>
          <w:color w:val="000000"/>
          <w:lang w:val="de-DE"/>
        </w:rPr>
        <w:t xml:space="preserve"> </w:t>
      </w:r>
      <w:proofErr w:type="spellStart"/>
      <w:r w:rsidRPr="008E6EF7">
        <w:rPr>
          <w:b/>
          <w:color w:val="000000"/>
          <w:lang w:val="de-DE"/>
        </w:rPr>
        <w:t>poziv</w:t>
      </w:r>
      <w:proofErr w:type="spellEnd"/>
      <w:r w:rsidRPr="008E6EF7">
        <w:rPr>
          <w:b/>
          <w:color w:val="000000"/>
          <w:lang w:val="de-DE"/>
        </w:rPr>
        <w:t xml:space="preserve"> </w:t>
      </w:r>
      <w:proofErr w:type="spellStart"/>
      <w:r w:rsidRPr="008E6EF7">
        <w:rPr>
          <w:b/>
          <w:color w:val="000000"/>
          <w:lang w:val="de-DE"/>
        </w:rPr>
        <w:t>za</w:t>
      </w:r>
      <w:proofErr w:type="spellEnd"/>
      <w:r w:rsidRPr="008E6EF7">
        <w:rPr>
          <w:b/>
          <w:color w:val="000000"/>
          <w:lang w:val="de-DE"/>
        </w:rPr>
        <w:t xml:space="preserve"> </w:t>
      </w:r>
      <w:proofErr w:type="spellStart"/>
      <w:r w:rsidRPr="008E6EF7">
        <w:rPr>
          <w:b/>
          <w:color w:val="000000"/>
          <w:lang w:val="de-DE"/>
        </w:rPr>
        <w:t>finansiranje</w:t>
      </w:r>
      <w:proofErr w:type="spellEnd"/>
      <w:r w:rsidRPr="008E6EF7">
        <w:rPr>
          <w:b/>
          <w:color w:val="000000"/>
          <w:lang w:val="de-DE"/>
        </w:rPr>
        <w:t xml:space="preserve"> i </w:t>
      </w:r>
      <w:proofErr w:type="spellStart"/>
      <w:r w:rsidRPr="008E6EF7">
        <w:rPr>
          <w:b/>
          <w:color w:val="000000"/>
          <w:lang w:val="de-DE"/>
        </w:rPr>
        <w:t>sufinansiranje</w:t>
      </w:r>
      <w:proofErr w:type="spellEnd"/>
      <w:r w:rsidRPr="008E6EF7">
        <w:rPr>
          <w:b/>
          <w:color w:val="000000"/>
          <w:lang w:val="de-DE"/>
        </w:rPr>
        <w:t xml:space="preserve"> </w:t>
      </w:r>
      <w:proofErr w:type="spellStart"/>
      <w:r w:rsidRPr="008E6EF7">
        <w:rPr>
          <w:b/>
          <w:color w:val="000000"/>
          <w:lang w:val="de-DE"/>
        </w:rPr>
        <w:t>programa</w:t>
      </w:r>
      <w:proofErr w:type="spellEnd"/>
      <w:r w:rsidRPr="008E6EF7">
        <w:rPr>
          <w:b/>
          <w:color w:val="000000"/>
          <w:lang w:val="de-DE"/>
        </w:rPr>
        <w:t xml:space="preserve"> i </w:t>
      </w:r>
      <w:proofErr w:type="spellStart"/>
      <w:r w:rsidRPr="008E6EF7">
        <w:rPr>
          <w:b/>
          <w:color w:val="000000"/>
          <w:lang w:val="de-DE"/>
        </w:rPr>
        <w:t>projekata</w:t>
      </w:r>
      <w:proofErr w:type="spellEnd"/>
      <w:r w:rsidRPr="008E6EF7">
        <w:rPr>
          <w:b/>
          <w:color w:val="000000"/>
          <w:lang w:val="de-DE"/>
        </w:rPr>
        <w:t xml:space="preserve"> </w:t>
      </w:r>
      <w:proofErr w:type="spellStart"/>
      <w:r w:rsidRPr="008E6EF7">
        <w:rPr>
          <w:b/>
          <w:color w:val="000000"/>
          <w:lang w:val="de-DE"/>
        </w:rPr>
        <w:t>podrške</w:t>
      </w:r>
      <w:proofErr w:type="spellEnd"/>
      <w:r w:rsidRPr="008E6EF7">
        <w:rPr>
          <w:b/>
          <w:color w:val="000000"/>
          <w:lang w:val="de-DE"/>
        </w:rPr>
        <w:t xml:space="preserve"> </w:t>
      </w:r>
      <w:proofErr w:type="spellStart"/>
      <w:r w:rsidRPr="008E6EF7">
        <w:rPr>
          <w:b/>
          <w:color w:val="000000"/>
          <w:lang w:val="de-DE"/>
        </w:rPr>
        <w:t>marginaliziranim</w:t>
      </w:r>
      <w:proofErr w:type="spellEnd"/>
      <w:r w:rsidRPr="008E6EF7">
        <w:rPr>
          <w:b/>
          <w:color w:val="000000"/>
          <w:lang w:val="de-DE"/>
        </w:rPr>
        <w:t xml:space="preserve"> i </w:t>
      </w:r>
      <w:proofErr w:type="spellStart"/>
      <w:r w:rsidRPr="008E6EF7">
        <w:rPr>
          <w:b/>
          <w:color w:val="000000"/>
          <w:lang w:val="de-DE"/>
        </w:rPr>
        <w:t>ranjivim</w:t>
      </w:r>
      <w:proofErr w:type="spellEnd"/>
      <w:r w:rsidRPr="008E6EF7">
        <w:rPr>
          <w:b/>
          <w:color w:val="000000"/>
          <w:lang w:val="de-DE"/>
        </w:rPr>
        <w:t xml:space="preserve"> </w:t>
      </w:r>
      <w:proofErr w:type="spellStart"/>
      <w:r w:rsidRPr="008E6EF7">
        <w:rPr>
          <w:b/>
          <w:color w:val="000000"/>
          <w:lang w:val="de-DE"/>
        </w:rPr>
        <w:t>grupama</w:t>
      </w:r>
      <w:proofErr w:type="spellEnd"/>
      <w:r w:rsidRPr="008E6EF7">
        <w:rPr>
          <w:b/>
          <w:color w:val="000000"/>
          <w:lang w:val="de-DE"/>
        </w:rPr>
        <w:t xml:space="preserve"> </w:t>
      </w:r>
      <w:proofErr w:type="spellStart"/>
      <w:r w:rsidRPr="008E6EF7">
        <w:rPr>
          <w:b/>
          <w:color w:val="000000"/>
          <w:lang w:val="de-DE"/>
        </w:rPr>
        <w:t>iz</w:t>
      </w:r>
      <w:proofErr w:type="spellEnd"/>
      <w:r w:rsidRPr="008E6EF7">
        <w:rPr>
          <w:b/>
          <w:color w:val="000000"/>
          <w:lang w:val="de-DE"/>
        </w:rPr>
        <w:t xml:space="preserve"> </w:t>
      </w:r>
      <w:proofErr w:type="spellStart"/>
      <w:r w:rsidRPr="008E6EF7">
        <w:rPr>
          <w:b/>
          <w:color w:val="000000"/>
          <w:lang w:val="de-DE"/>
        </w:rPr>
        <w:t>Budžeta</w:t>
      </w:r>
      <w:proofErr w:type="spellEnd"/>
      <w:r w:rsidRPr="008E6EF7">
        <w:rPr>
          <w:b/>
          <w:color w:val="000000"/>
          <w:lang w:val="de-DE"/>
        </w:rPr>
        <w:t xml:space="preserve"> Grada </w:t>
      </w:r>
      <w:proofErr w:type="spellStart"/>
      <w:r w:rsidRPr="008E6EF7">
        <w:rPr>
          <w:b/>
          <w:color w:val="000000"/>
          <w:lang w:val="de-DE"/>
        </w:rPr>
        <w:t>Gračanica</w:t>
      </w:r>
      <w:proofErr w:type="spellEnd"/>
      <w:r w:rsidRPr="008E6EF7">
        <w:rPr>
          <w:b/>
          <w:color w:val="000000"/>
          <w:lang w:val="de-DE"/>
        </w:rPr>
        <w:t xml:space="preserve"> </w:t>
      </w:r>
      <w:proofErr w:type="spellStart"/>
      <w:r w:rsidRPr="008E6EF7">
        <w:rPr>
          <w:b/>
          <w:color w:val="000000"/>
          <w:lang w:val="de-DE"/>
        </w:rPr>
        <w:t>za</w:t>
      </w:r>
      <w:proofErr w:type="spellEnd"/>
      <w:r w:rsidRPr="008E6EF7">
        <w:rPr>
          <w:b/>
          <w:color w:val="000000"/>
          <w:lang w:val="de-DE"/>
        </w:rPr>
        <w:t xml:space="preserve"> 2026. </w:t>
      </w:r>
      <w:proofErr w:type="spellStart"/>
      <w:r w:rsidRPr="008E6EF7">
        <w:rPr>
          <w:b/>
          <w:color w:val="000000"/>
          <w:lang w:val="de-DE"/>
        </w:rPr>
        <w:t>godinu</w:t>
      </w:r>
      <w:proofErr w:type="spellEnd"/>
    </w:p>
    <w:p w14:paraId="1352B571" w14:textId="77777777" w:rsidR="005470F0" w:rsidRDefault="00000000">
      <w:pPr>
        <w:keepNext/>
        <w:spacing w:before="160" w:after="80" w:line="240" w:lineRule="auto"/>
      </w:pPr>
      <w:r>
        <w:rPr>
          <w:b/>
          <w:color w:val="1F4E79"/>
          <w:sz w:val="24"/>
        </w:rPr>
        <w:t>1. Osnovni podaci</w:t>
      </w:r>
    </w:p>
    <w:tbl>
      <w:tblPr>
        <w:tblStyle w:val="Reetkatablice"/>
        <w:tblW w:w="14570" w:type="dxa"/>
        <w:jc w:val="center"/>
        <w:tblLayout w:type="fixed"/>
        <w:tblLook w:val="04A0" w:firstRow="1" w:lastRow="0" w:firstColumn="1" w:lastColumn="0" w:noHBand="0" w:noVBand="1"/>
      </w:tblPr>
      <w:tblGrid>
        <w:gridCol w:w="3401"/>
        <w:gridCol w:w="11169"/>
      </w:tblGrid>
      <w:tr w:rsidR="005470F0" w14:paraId="3AD81701" w14:textId="77777777">
        <w:trPr>
          <w:cantSplit/>
          <w:jc w:val="center"/>
        </w:trPr>
        <w:tc>
          <w:tcPr>
            <w:tcW w:w="340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077283" w14:textId="77777777" w:rsidR="005470F0" w:rsidRDefault="00000000">
            <w:r>
              <w:rPr>
                <w:b/>
                <w:color w:val="000000"/>
                <w:sz w:val="18"/>
              </w:rPr>
              <w:t>Naziv aplikanta</w:t>
            </w:r>
          </w:p>
        </w:tc>
        <w:tc>
          <w:tcPr>
            <w:tcW w:w="11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C0E9DA" w14:textId="77777777" w:rsidR="005470F0" w:rsidRDefault="005470F0"/>
        </w:tc>
      </w:tr>
      <w:tr w:rsidR="005470F0" w14:paraId="28F08246" w14:textId="77777777">
        <w:trPr>
          <w:cantSplit/>
          <w:jc w:val="center"/>
        </w:trPr>
        <w:tc>
          <w:tcPr>
            <w:tcW w:w="340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F74DCB" w14:textId="77777777" w:rsidR="005470F0" w:rsidRDefault="00000000">
            <w:r>
              <w:rPr>
                <w:b/>
                <w:color w:val="000000"/>
                <w:sz w:val="18"/>
              </w:rPr>
              <w:t>Naziv programa/projekta</w:t>
            </w:r>
          </w:p>
        </w:tc>
        <w:tc>
          <w:tcPr>
            <w:tcW w:w="11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7022B6" w14:textId="77777777" w:rsidR="005470F0" w:rsidRDefault="005470F0"/>
        </w:tc>
      </w:tr>
      <w:tr w:rsidR="005470F0" w14:paraId="712CCBE4" w14:textId="77777777">
        <w:trPr>
          <w:cantSplit/>
          <w:jc w:val="center"/>
        </w:trPr>
        <w:tc>
          <w:tcPr>
            <w:tcW w:w="340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C28F52" w14:textId="77777777" w:rsidR="005470F0" w:rsidRDefault="00000000">
            <w:r>
              <w:rPr>
                <w:b/>
                <w:color w:val="000000"/>
                <w:sz w:val="18"/>
              </w:rPr>
              <w:t>Period realizacije</w:t>
            </w:r>
          </w:p>
        </w:tc>
        <w:tc>
          <w:tcPr>
            <w:tcW w:w="11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01191A" w14:textId="77777777" w:rsidR="005470F0" w:rsidRDefault="005470F0"/>
        </w:tc>
      </w:tr>
    </w:tbl>
    <w:p w14:paraId="5E96D4AD" w14:textId="77777777" w:rsidR="005470F0" w:rsidRDefault="00000000">
      <w:pPr>
        <w:keepNext/>
        <w:spacing w:before="160" w:after="80" w:line="240" w:lineRule="auto"/>
      </w:pPr>
      <w:r>
        <w:rPr>
          <w:b/>
          <w:color w:val="1F4E79"/>
          <w:sz w:val="24"/>
        </w:rPr>
        <w:t>2. Plan aktivnosti, rezultata i pokazatelja</w:t>
      </w:r>
    </w:p>
    <w:p w14:paraId="5B69CB96" w14:textId="77777777" w:rsidR="005470F0" w:rsidRDefault="00000000">
      <w:pPr>
        <w:spacing w:after="80" w:line="240" w:lineRule="auto"/>
      </w:pPr>
      <w:r>
        <w:rPr>
          <w:i/>
          <w:color w:val="666666"/>
          <w:sz w:val="17"/>
        </w:rPr>
        <w:t>Za svaku aktivnost navesti period realizacije, odgovornu osobu, očekivani rezultat i jednostavan pokazatelj na osnovu kojeg će se utvrditi da je rezultat ostvaren.</w:t>
      </w:r>
    </w:p>
    <w:tbl>
      <w:tblPr>
        <w:tblStyle w:val="Reetkatablice"/>
        <w:tblW w:w="13741" w:type="dxa"/>
        <w:jc w:val="center"/>
        <w:tblLayout w:type="fixed"/>
        <w:tblLook w:val="04A0" w:firstRow="1" w:lastRow="0" w:firstColumn="1" w:lastColumn="0" w:noHBand="0" w:noVBand="1"/>
      </w:tblPr>
      <w:tblGrid>
        <w:gridCol w:w="683"/>
        <w:gridCol w:w="3855"/>
        <w:gridCol w:w="1864"/>
        <w:gridCol w:w="2799"/>
        <w:gridCol w:w="2613"/>
        <w:gridCol w:w="1927"/>
      </w:tblGrid>
      <w:tr w:rsidR="008E6EF7" w14:paraId="1A2282B0" w14:textId="77777777" w:rsidTr="008E6EF7">
        <w:trPr>
          <w:trHeight w:val="161"/>
          <w:tblHeader/>
          <w:jc w:val="center"/>
        </w:trPr>
        <w:tc>
          <w:tcPr>
            <w:tcW w:w="683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B41210" w14:textId="77777777" w:rsidR="008E6EF7" w:rsidRDefault="008E6EF7">
            <w:pPr>
              <w:jc w:val="center"/>
            </w:pPr>
            <w:r>
              <w:rPr>
                <w:b/>
                <w:color w:val="FFFFFF"/>
                <w:sz w:val="16"/>
              </w:rPr>
              <w:t>Br.</w:t>
            </w:r>
          </w:p>
        </w:tc>
        <w:tc>
          <w:tcPr>
            <w:tcW w:w="3855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2597C1" w14:textId="77777777" w:rsidR="008E6EF7" w:rsidRDefault="008E6EF7">
            <w:pPr>
              <w:jc w:val="center"/>
            </w:pPr>
            <w:r>
              <w:rPr>
                <w:b/>
                <w:color w:val="FFFFFF"/>
                <w:sz w:val="16"/>
              </w:rPr>
              <w:t>Aktivnost</w:t>
            </w:r>
          </w:p>
        </w:tc>
        <w:tc>
          <w:tcPr>
            <w:tcW w:w="1864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3B7379" w14:textId="77777777" w:rsidR="008E6EF7" w:rsidRDefault="008E6EF7">
            <w:pPr>
              <w:jc w:val="center"/>
            </w:pPr>
            <w:r>
              <w:rPr>
                <w:b/>
                <w:color w:val="FFFFFF"/>
                <w:sz w:val="16"/>
              </w:rPr>
              <w:t>Period</w:t>
            </w:r>
          </w:p>
        </w:tc>
        <w:tc>
          <w:tcPr>
            <w:tcW w:w="2799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90FCD3" w14:textId="77777777" w:rsidR="008E6EF7" w:rsidRDefault="008E6EF7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Očekivani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rezultat</w:t>
            </w:r>
            <w:proofErr w:type="spellEnd"/>
          </w:p>
        </w:tc>
        <w:tc>
          <w:tcPr>
            <w:tcW w:w="2613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3FD549" w14:textId="77777777" w:rsidR="008E6EF7" w:rsidRDefault="008E6EF7">
            <w:pPr>
              <w:jc w:val="center"/>
            </w:pPr>
            <w:r>
              <w:rPr>
                <w:b/>
                <w:color w:val="FFFFFF"/>
                <w:sz w:val="16"/>
              </w:rPr>
              <w:t>Pokazatelj uspjeha</w:t>
            </w:r>
          </w:p>
        </w:tc>
        <w:tc>
          <w:tcPr>
            <w:tcW w:w="1927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E638ED" w14:textId="77777777" w:rsidR="008E6EF7" w:rsidRDefault="008E6EF7">
            <w:pPr>
              <w:jc w:val="center"/>
            </w:pPr>
            <w:r>
              <w:rPr>
                <w:b/>
                <w:color w:val="FFFFFF"/>
                <w:sz w:val="16"/>
              </w:rPr>
              <w:t>Način provjere</w:t>
            </w:r>
          </w:p>
        </w:tc>
      </w:tr>
      <w:tr w:rsidR="008E6EF7" w14:paraId="3C28866E" w14:textId="77777777" w:rsidTr="008E6EF7">
        <w:trPr>
          <w:cantSplit/>
          <w:trHeight w:val="537"/>
          <w:jc w:val="center"/>
        </w:trPr>
        <w:tc>
          <w:tcPr>
            <w:tcW w:w="683" w:type="dxa"/>
          </w:tcPr>
          <w:p w14:paraId="38FC6252" w14:textId="77777777" w:rsidR="008E6EF7" w:rsidRDefault="008E6EF7">
            <w:pPr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3855" w:type="dxa"/>
          </w:tcPr>
          <w:p w14:paraId="4554A919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1864" w:type="dxa"/>
          </w:tcPr>
          <w:p w14:paraId="5BE7FE98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799" w:type="dxa"/>
          </w:tcPr>
          <w:p w14:paraId="34FFE030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613" w:type="dxa"/>
          </w:tcPr>
          <w:p w14:paraId="5748632F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1927" w:type="dxa"/>
          </w:tcPr>
          <w:p w14:paraId="0F11E26F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</w:tr>
      <w:tr w:rsidR="008E6EF7" w14:paraId="7C3E117F" w14:textId="77777777" w:rsidTr="008E6EF7">
        <w:trPr>
          <w:cantSplit/>
          <w:trHeight w:val="550"/>
          <w:jc w:val="center"/>
        </w:trPr>
        <w:tc>
          <w:tcPr>
            <w:tcW w:w="683" w:type="dxa"/>
          </w:tcPr>
          <w:p w14:paraId="79B9F616" w14:textId="77777777" w:rsidR="008E6EF7" w:rsidRDefault="008E6EF7">
            <w:pPr>
              <w:jc w:val="center"/>
            </w:pPr>
            <w:r>
              <w:rPr>
                <w:color w:val="000000"/>
                <w:sz w:val="17"/>
              </w:rPr>
              <w:t>2</w:t>
            </w:r>
          </w:p>
        </w:tc>
        <w:tc>
          <w:tcPr>
            <w:tcW w:w="3855" w:type="dxa"/>
          </w:tcPr>
          <w:p w14:paraId="6E2298CF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1864" w:type="dxa"/>
          </w:tcPr>
          <w:p w14:paraId="404D2FEA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799" w:type="dxa"/>
          </w:tcPr>
          <w:p w14:paraId="2228394C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613" w:type="dxa"/>
          </w:tcPr>
          <w:p w14:paraId="7C2AEC27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1927" w:type="dxa"/>
          </w:tcPr>
          <w:p w14:paraId="15B28251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</w:tr>
      <w:tr w:rsidR="008E6EF7" w14:paraId="4A1C3F4D" w14:textId="77777777" w:rsidTr="008E6EF7">
        <w:trPr>
          <w:cantSplit/>
          <w:trHeight w:val="537"/>
          <w:jc w:val="center"/>
        </w:trPr>
        <w:tc>
          <w:tcPr>
            <w:tcW w:w="683" w:type="dxa"/>
          </w:tcPr>
          <w:p w14:paraId="74323E8D" w14:textId="77777777" w:rsidR="008E6EF7" w:rsidRDefault="008E6EF7">
            <w:pPr>
              <w:jc w:val="center"/>
            </w:pPr>
            <w:r>
              <w:rPr>
                <w:color w:val="000000"/>
                <w:sz w:val="17"/>
              </w:rPr>
              <w:t>3</w:t>
            </w:r>
          </w:p>
        </w:tc>
        <w:tc>
          <w:tcPr>
            <w:tcW w:w="3855" w:type="dxa"/>
          </w:tcPr>
          <w:p w14:paraId="4696AC85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1864" w:type="dxa"/>
          </w:tcPr>
          <w:p w14:paraId="1D65498D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799" w:type="dxa"/>
          </w:tcPr>
          <w:p w14:paraId="534E6068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613" w:type="dxa"/>
          </w:tcPr>
          <w:p w14:paraId="00D55EFC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1927" w:type="dxa"/>
          </w:tcPr>
          <w:p w14:paraId="14A99DED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</w:tr>
      <w:tr w:rsidR="008E6EF7" w14:paraId="01ABB617" w14:textId="77777777" w:rsidTr="008E6EF7">
        <w:trPr>
          <w:cantSplit/>
          <w:trHeight w:val="537"/>
          <w:jc w:val="center"/>
        </w:trPr>
        <w:tc>
          <w:tcPr>
            <w:tcW w:w="683" w:type="dxa"/>
          </w:tcPr>
          <w:p w14:paraId="38B546C6" w14:textId="77777777" w:rsidR="008E6EF7" w:rsidRDefault="008E6EF7">
            <w:pPr>
              <w:jc w:val="center"/>
            </w:pPr>
            <w:r>
              <w:rPr>
                <w:color w:val="000000"/>
                <w:sz w:val="17"/>
              </w:rPr>
              <w:t>4</w:t>
            </w:r>
          </w:p>
        </w:tc>
        <w:tc>
          <w:tcPr>
            <w:tcW w:w="3855" w:type="dxa"/>
          </w:tcPr>
          <w:p w14:paraId="1D68FB57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1864" w:type="dxa"/>
          </w:tcPr>
          <w:p w14:paraId="5F7EF12D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799" w:type="dxa"/>
          </w:tcPr>
          <w:p w14:paraId="5C268AED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613" w:type="dxa"/>
          </w:tcPr>
          <w:p w14:paraId="4DAC8DCC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1927" w:type="dxa"/>
          </w:tcPr>
          <w:p w14:paraId="6FC8B3EE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</w:tr>
      <w:tr w:rsidR="008E6EF7" w14:paraId="39317C89" w14:textId="77777777" w:rsidTr="008E6EF7">
        <w:trPr>
          <w:cantSplit/>
          <w:trHeight w:val="537"/>
          <w:jc w:val="center"/>
        </w:trPr>
        <w:tc>
          <w:tcPr>
            <w:tcW w:w="683" w:type="dxa"/>
          </w:tcPr>
          <w:p w14:paraId="337530F3" w14:textId="77777777" w:rsidR="008E6EF7" w:rsidRDefault="008E6EF7">
            <w:pPr>
              <w:jc w:val="center"/>
            </w:pPr>
            <w:r>
              <w:rPr>
                <w:color w:val="000000"/>
                <w:sz w:val="17"/>
              </w:rPr>
              <w:t>5</w:t>
            </w:r>
          </w:p>
        </w:tc>
        <w:tc>
          <w:tcPr>
            <w:tcW w:w="3855" w:type="dxa"/>
          </w:tcPr>
          <w:p w14:paraId="31E3B4A5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1864" w:type="dxa"/>
          </w:tcPr>
          <w:p w14:paraId="0795EAAC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799" w:type="dxa"/>
          </w:tcPr>
          <w:p w14:paraId="66985E09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613" w:type="dxa"/>
          </w:tcPr>
          <w:p w14:paraId="7E5C7F05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1927" w:type="dxa"/>
          </w:tcPr>
          <w:p w14:paraId="3D81D768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</w:tr>
      <w:tr w:rsidR="008E6EF7" w14:paraId="32CA1286" w14:textId="77777777" w:rsidTr="008E6EF7">
        <w:trPr>
          <w:cantSplit/>
          <w:trHeight w:val="550"/>
          <w:jc w:val="center"/>
        </w:trPr>
        <w:tc>
          <w:tcPr>
            <w:tcW w:w="683" w:type="dxa"/>
          </w:tcPr>
          <w:p w14:paraId="3A835FBF" w14:textId="77777777" w:rsidR="008E6EF7" w:rsidRDefault="008E6EF7">
            <w:pPr>
              <w:jc w:val="center"/>
            </w:pPr>
            <w:r>
              <w:rPr>
                <w:color w:val="000000"/>
                <w:sz w:val="17"/>
              </w:rPr>
              <w:t>6</w:t>
            </w:r>
          </w:p>
        </w:tc>
        <w:tc>
          <w:tcPr>
            <w:tcW w:w="3855" w:type="dxa"/>
          </w:tcPr>
          <w:p w14:paraId="5CFD0344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1864" w:type="dxa"/>
          </w:tcPr>
          <w:p w14:paraId="71734295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799" w:type="dxa"/>
          </w:tcPr>
          <w:p w14:paraId="1DFEEBDF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613" w:type="dxa"/>
          </w:tcPr>
          <w:p w14:paraId="57AB84AE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1927" w:type="dxa"/>
          </w:tcPr>
          <w:p w14:paraId="6A0DE9AA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</w:tr>
      <w:tr w:rsidR="008E6EF7" w14:paraId="2A90CAB3" w14:textId="77777777" w:rsidTr="008E6EF7">
        <w:trPr>
          <w:cantSplit/>
          <w:trHeight w:val="537"/>
          <w:jc w:val="center"/>
        </w:trPr>
        <w:tc>
          <w:tcPr>
            <w:tcW w:w="683" w:type="dxa"/>
          </w:tcPr>
          <w:p w14:paraId="0D356A83" w14:textId="77777777" w:rsidR="008E6EF7" w:rsidRDefault="008E6EF7">
            <w:pPr>
              <w:jc w:val="center"/>
            </w:pPr>
            <w:r>
              <w:rPr>
                <w:color w:val="000000"/>
                <w:sz w:val="17"/>
              </w:rPr>
              <w:t>7</w:t>
            </w:r>
          </w:p>
        </w:tc>
        <w:tc>
          <w:tcPr>
            <w:tcW w:w="3855" w:type="dxa"/>
          </w:tcPr>
          <w:p w14:paraId="5543D02C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1864" w:type="dxa"/>
          </w:tcPr>
          <w:p w14:paraId="259604BF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799" w:type="dxa"/>
          </w:tcPr>
          <w:p w14:paraId="601BE447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613" w:type="dxa"/>
          </w:tcPr>
          <w:p w14:paraId="291154A1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1927" w:type="dxa"/>
          </w:tcPr>
          <w:p w14:paraId="18E8805A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</w:tr>
      <w:tr w:rsidR="008E6EF7" w14:paraId="0B707488" w14:textId="77777777" w:rsidTr="008E6EF7">
        <w:trPr>
          <w:cantSplit/>
          <w:trHeight w:val="537"/>
          <w:jc w:val="center"/>
        </w:trPr>
        <w:tc>
          <w:tcPr>
            <w:tcW w:w="683" w:type="dxa"/>
          </w:tcPr>
          <w:p w14:paraId="0FBCEBE1" w14:textId="77777777" w:rsidR="008E6EF7" w:rsidRDefault="008E6EF7">
            <w:pPr>
              <w:jc w:val="center"/>
            </w:pPr>
            <w:r>
              <w:rPr>
                <w:color w:val="000000"/>
                <w:sz w:val="17"/>
              </w:rPr>
              <w:t>8</w:t>
            </w:r>
          </w:p>
        </w:tc>
        <w:tc>
          <w:tcPr>
            <w:tcW w:w="3855" w:type="dxa"/>
          </w:tcPr>
          <w:p w14:paraId="5DB1C8B7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1864" w:type="dxa"/>
          </w:tcPr>
          <w:p w14:paraId="086DF43E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799" w:type="dxa"/>
          </w:tcPr>
          <w:p w14:paraId="0DFFE29F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613" w:type="dxa"/>
          </w:tcPr>
          <w:p w14:paraId="2CA5B339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1927" w:type="dxa"/>
          </w:tcPr>
          <w:p w14:paraId="6BD953CB" w14:textId="77777777" w:rsidR="008E6EF7" w:rsidRDefault="008E6EF7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</w:tr>
    </w:tbl>
    <w:p w14:paraId="74333A87" w14:textId="77777777" w:rsidR="005470F0" w:rsidRDefault="00000000">
      <w:r>
        <w:br w:type="page"/>
      </w:r>
    </w:p>
    <w:p w14:paraId="6C5944ED" w14:textId="77777777" w:rsidR="005470F0" w:rsidRDefault="00000000">
      <w:pPr>
        <w:keepNext/>
        <w:spacing w:before="160" w:after="80" w:line="240" w:lineRule="auto"/>
      </w:pPr>
      <w:r>
        <w:rPr>
          <w:b/>
          <w:color w:val="1F4E79"/>
          <w:sz w:val="24"/>
        </w:rPr>
        <w:lastRenderedPageBreak/>
        <w:t>3. Plan promocije i vidljivosti</w:t>
      </w:r>
    </w:p>
    <w:p w14:paraId="37B629EA" w14:textId="77777777" w:rsidR="005470F0" w:rsidRDefault="00000000">
      <w:pPr>
        <w:spacing w:after="80" w:line="240" w:lineRule="auto"/>
      </w:pPr>
      <w:r>
        <w:rPr>
          <w:i/>
          <w:color w:val="666666"/>
          <w:sz w:val="17"/>
        </w:rPr>
        <w:t>Navesti samo planirane načine informisanja korisnika i javnosti. Na svim odgovarajućim materijalima potrebno je navesti da je program/projekt finansirao ili sufinansirao Grad Gračanica.</w:t>
      </w:r>
    </w:p>
    <w:tbl>
      <w:tblPr>
        <w:tblStyle w:val="Reetkatablice"/>
        <w:tblW w:w="14570" w:type="dxa"/>
        <w:jc w:val="center"/>
        <w:tblLayout w:type="fixed"/>
        <w:tblLook w:val="04A0" w:firstRow="1" w:lastRow="0" w:firstColumn="1" w:lastColumn="0" w:noHBand="0" w:noVBand="1"/>
      </w:tblPr>
      <w:tblGrid>
        <w:gridCol w:w="624"/>
        <w:gridCol w:w="4082"/>
        <w:gridCol w:w="3288"/>
        <w:gridCol w:w="2948"/>
        <w:gridCol w:w="3628"/>
      </w:tblGrid>
      <w:tr w:rsidR="005470F0" w14:paraId="3F343D04" w14:textId="77777777">
        <w:trPr>
          <w:tblHeader/>
          <w:jc w:val="center"/>
        </w:trPr>
        <w:tc>
          <w:tcPr>
            <w:tcW w:w="623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72CC8C" w14:textId="77777777" w:rsidR="005470F0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Br.</w:t>
            </w:r>
          </w:p>
        </w:tc>
        <w:tc>
          <w:tcPr>
            <w:tcW w:w="4081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1E0F31" w14:textId="77777777" w:rsidR="005470F0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Promotivna aktivnost</w:t>
            </w:r>
          </w:p>
        </w:tc>
        <w:tc>
          <w:tcPr>
            <w:tcW w:w="3288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39C010" w14:textId="77777777" w:rsidR="005470F0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Ciljna javnost</w:t>
            </w:r>
          </w:p>
        </w:tc>
        <w:tc>
          <w:tcPr>
            <w:tcW w:w="2948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8A09EA" w14:textId="77777777" w:rsidR="005470F0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Vrijeme realizacije</w:t>
            </w:r>
          </w:p>
        </w:tc>
        <w:tc>
          <w:tcPr>
            <w:tcW w:w="3628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AB499F" w14:textId="77777777" w:rsidR="005470F0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Način isticanja podrške Grada</w:t>
            </w:r>
          </w:p>
        </w:tc>
      </w:tr>
      <w:tr w:rsidR="005470F0" w14:paraId="174F6EC2" w14:textId="77777777">
        <w:trPr>
          <w:cantSplit/>
          <w:jc w:val="center"/>
        </w:trPr>
        <w:tc>
          <w:tcPr>
            <w:tcW w:w="623" w:type="dxa"/>
          </w:tcPr>
          <w:p w14:paraId="52159DA4" w14:textId="77777777" w:rsidR="005470F0" w:rsidRDefault="00000000">
            <w:pPr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4081" w:type="dxa"/>
          </w:tcPr>
          <w:p w14:paraId="224D7898" w14:textId="77777777" w:rsidR="005470F0" w:rsidRDefault="00000000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3288" w:type="dxa"/>
          </w:tcPr>
          <w:p w14:paraId="111814CC" w14:textId="77777777" w:rsidR="005470F0" w:rsidRDefault="00000000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948" w:type="dxa"/>
          </w:tcPr>
          <w:p w14:paraId="63E284B7" w14:textId="77777777" w:rsidR="005470F0" w:rsidRDefault="00000000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3628" w:type="dxa"/>
          </w:tcPr>
          <w:p w14:paraId="040A3993" w14:textId="77777777" w:rsidR="005470F0" w:rsidRDefault="00000000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</w:tr>
      <w:tr w:rsidR="005470F0" w14:paraId="332982E7" w14:textId="77777777">
        <w:trPr>
          <w:cantSplit/>
          <w:jc w:val="center"/>
        </w:trPr>
        <w:tc>
          <w:tcPr>
            <w:tcW w:w="623" w:type="dxa"/>
          </w:tcPr>
          <w:p w14:paraId="5D58BE59" w14:textId="77777777" w:rsidR="005470F0" w:rsidRDefault="00000000">
            <w:pPr>
              <w:jc w:val="center"/>
            </w:pPr>
            <w:r>
              <w:rPr>
                <w:color w:val="000000"/>
                <w:sz w:val="17"/>
              </w:rPr>
              <w:t>2</w:t>
            </w:r>
          </w:p>
        </w:tc>
        <w:tc>
          <w:tcPr>
            <w:tcW w:w="4081" w:type="dxa"/>
          </w:tcPr>
          <w:p w14:paraId="308B4D2D" w14:textId="77777777" w:rsidR="005470F0" w:rsidRDefault="00000000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3288" w:type="dxa"/>
          </w:tcPr>
          <w:p w14:paraId="6B1C7FF3" w14:textId="77777777" w:rsidR="005470F0" w:rsidRDefault="00000000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948" w:type="dxa"/>
          </w:tcPr>
          <w:p w14:paraId="3F658DDB" w14:textId="77777777" w:rsidR="005470F0" w:rsidRDefault="00000000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3628" w:type="dxa"/>
          </w:tcPr>
          <w:p w14:paraId="35FFD8B6" w14:textId="77777777" w:rsidR="005470F0" w:rsidRDefault="00000000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</w:tr>
      <w:tr w:rsidR="005470F0" w14:paraId="0AE1C384" w14:textId="77777777">
        <w:trPr>
          <w:cantSplit/>
          <w:jc w:val="center"/>
        </w:trPr>
        <w:tc>
          <w:tcPr>
            <w:tcW w:w="623" w:type="dxa"/>
          </w:tcPr>
          <w:p w14:paraId="5A8FA804" w14:textId="77777777" w:rsidR="005470F0" w:rsidRDefault="00000000">
            <w:pPr>
              <w:jc w:val="center"/>
            </w:pPr>
            <w:r>
              <w:rPr>
                <w:color w:val="000000"/>
                <w:sz w:val="17"/>
              </w:rPr>
              <w:t>3</w:t>
            </w:r>
          </w:p>
        </w:tc>
        <w:tc>
          <w:tcPr>
            <w:tcW w:w="4081" w:type="dxa"/>
          </w:tcPr>
          <w:p w14:paraId="542D81F6" w14:textId="77777777" w:rsidR="005470F0" w:rsidRDefault="00000000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3288" w:type="dxa"/>
          </w:tcPr>
          <w:p w14:paraId="70DF9268" w14:textId="77777777" w:rsidR="005470F0" w:rsidRDefault="00000000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948" w:type="dxa"/>
          </w:tcPr>
          <w:p w14:paraId="4C008A07" w14:textId="77777777" w:rsidR="005470F0" w:rsidRDefault="00000000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3628" w:type="dxa"/>
          </w:tcPr>
          <w:p w14:paraId="4BBC1E43" w14:textId="77777777" w:rsidR="005470F0" w:rsidRDefault="00000000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</w:tr>
      <w:tr w:rsidR="005470F0" w14:paraId="061AC2E3" w14:textId="77777777">
        <w:trPr>
          <w:cantSplit/>
          <w:jc w:val="center"/>
        </w:trPr>
        <w:tc>
          <w:tcPr>
            <w:tcW w:w="623" w:type="dxa"/>
          </w:tcPr>
          <w:p w14:paraId="121643E5" w14:textId="77777777" w:rsidR="005470F0" w:rsidRDefault="00000000">
            <w:pPr>
              <w:jc w:val="center"/>
            </w:pPr>
            <w:r>
              <w:rPr>
                <w:color w:val="000000"/>
                <w:sz w:val="17"/>
              </w:rPr>
              <w:t>4</w:t>
            </w:r>
          </w:p>
        </w:tc>
        <w:tc>
          <w:tcPr>
            <w:tcW w:w="4081" w:type="dxa"/>
          </w:tcPr>
          <w:p w14:paraId="7B3770B8" w14:textId="77777777" w:rsidR="005470F0" w:rsidRDefault="00000000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3288" w:type="dxa"/>
          </w:tcPr>
          <w:p w14:paraId="18EC3C75" w14:textId="77777777" w:rsidR="005470F0" w:rsidRDefault="00000000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948" w:type="dxa"/>
          </w:tcPr>
          <w:p w14:paraId="39D8007D" w14:textId="77777777" w:rsidR="005470F0" w:rsidRDefault="00000000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3628" w:type="dxa"/>
          </w:tcPr>
          <w:p w14:paraId="2E9786CA" w14:textId="77777777" w:rsidR="005470F0" w:rsidRDefault="00000000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</w:tr>
      <w:tr w:rsidR="005470F0" w14:paraId="3C9FAD71" w14:textId="77777777">
        <w:trPr>
          <w:cantSplit/>
          <w:jc w:val="center"/>
        </w:trPr>
        <w:tc>
          <w:tcPr>
            <w:tcW w:w="623" w:type="dxa"/>
          </w:tcPr>
          <w:p w14:paraId="4BB3273A" w14:textId="77777777" w:rsidR="005470F0" w:rsidRDefault="00000000">
            <w:pPr>
              <w:jc w:val="center"/>
            </w:pPr>
            <w:r>
              <w:rPr>
                <w:color w:val="000000"/>
                <w:sz w:val="17"/>
              </w:rPr>
              <w:t>5</w:t>
            </w:r>
          </w:p>
        </w:tc>
        <w:tc>
          <w:tcPr>
            <w:tcW w:w="4081" w:type="dxa"/>
          </w:tcPr>
          <w:p w14:paraId="32F4AEB8" w14:textId="77777777" w:rsidR="005470F0" w:rsidRDefault="00000000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3288" w:type="dxa"/>
          </w:tcPr>
          <w:p w14:paraId="6FDF89BB" w14:textId="77777777" w:rsidR="005470F0" w:rsidRDefault="00000000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2948" w:type="dxa"/>
          </w:tcPr>
          <w:p w14:paraId="6DB3B04F" w14:textId="77777777" w:rsidR="005470F0" w:rsidRDefault="00000000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  <w:tc>
          <w:tcPr>
            <w:tcW w:w="3628" w:type="dxa"/>
          </w:tcPr>
          <w:p w14:paraId="217FBDC3" w14:textId="77777777" w:rsidR="005470F0" w:rsidRDefault="00000000"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</w:tr>
    </w:tbl>
    <w:p w14:paraId="54CDAC74" w14:textId="77777777" w:rsidR="005470F0" w:rsidRDefault="00000000">
      <w:pPr>
        <w:keepNext/>
        <w:spacing w:before="160" w:after="80" w:line="240" w:lineRule="auto"/>
      </w:pPr>
      <w:r>
        <w:rPr>
          <w:b/>
          <w:color w:val="1F4E79"/>
          <w:sz w:val="24"/>
        </w:rPr>
        <w:t>4. Potvrda aplikanta</w:t>
      </w:r>
    </w:p>
    <w:p w14:paraId="715DC743" w14:textId="77777777" w:rsidR="005470F0" w:rsidRDefault="00000000">
      <w:pPr>
        <w:spacing w:after="100" w:line="240" w:lineRule="auto"/>
      </w:pPr>
      <w:r>
        <w:rPr>
          <w:color w:val="000000"/>
        </w:rPr>
        <w:t>Potvrđujem da su planirane aktivnosti, rezultati i pokazatelji usklađeni s prijavljenim programom/projektom te da će se podrška Grada Gračanica isticati na odgovarajući način.</w:t>
      </w:r>
    </w:p>
    <w:tbl>
      <w:tblPr>
        <w:tblStyle w:val="Reetkatablice"/>
        <w:tblW w:w="14570" w:type="dxa"/>
        <w:jc w:val="center"/>
        <w:tblLayout w:type="fixed"/>
        <w:tblLook w:val="04A0" w:firstRow="1" w:lastRow="0" w:firstColumn="1" w:lastColumn="0" w:noHBand="0" w:noVBand="1"/>
      </w:tblPr>
      <w:tblGrid>
        <w:gridCol w:w="3968"/>
        <w:gridCol w:w="10602"/>
      </w:tblGrid>
      <w:tr w:rsidR="005470F0" w14:paraId="4D74949C" w14:textId="77777777">
        <w:trPr>
          <w:cantSplit/>
          <w:jc w:val="center"/>
        </w:trPr>
        <w:tc>
          <w:tcPr>
            <w:tcW w:w="396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B24F79" w14:textId="77777777" w:rsidR="005470F0" w:rsidRDefault="00000000">
            <w:r>
              <w:rPr>
                <w:b/>
                <w:color w:val="000000"/>
                <w:sz w:val="18"/>
              </w:rPr>
              <w:t>Mjesto i datum</w:t>
            </w:r>
          </w:p>
        </w:tc>
        <w:tc>
          <w:tcPr>
            <w:tcW w:w="1060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9FB1CC" w14:textId="77777777" w:rsidR="005470F0" w:rsidRDefault="005470F0"/>
        </w:tc>
      </w:tr>
      <w:tr w:rsidR="005470F0" w14:paraId="1EA7BE02" w14:textId="77777777">
        <w:trPr>
          <w:cantSplit/>
          <w:jc w:val="center"/>
        </w:trPr>
        <w:tc>
          <w:tcPr>
            <w:tcW w:w="396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75F2AD" w14:textId="77777777" w:rsidR="005470F0" w:rsidRDefault="00000000">
            <w:r>
              <w:rPr>
                <w:b/>
                <w:color w:val="000000"/>
                <w:sz w:val="18"/>
              </w:rPr>
              <w:t>Ime i prezime ovlaštene osobe</w:t>
            </w:r>
          </w:p>
        </w:tc>
        <w:tc>
          <w:tcPr>
            <w:tcW w:w="1060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EB8DB2" w14:textId="77777777" w:rsidR="005470F0" w:rsidRDefault="005470F0"/>
        </w:tc>
      </w:tr>
      <w:tr w:rsidR="005470F0" w14:paraId="1E6D7D11" w14:textId="77777777">
        <w:trPr>
          <w:cantSplit/>
          <w:jc w:val="center"/>
        </w:trPr>
        <w:tc>
          <w:tcPr>
            <w:tcW w:w="396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310C20" w14:textId="77777777" w:rsidR="005470F0" w:rsidRDefault="00000000">
            <w:r>
              <w:rPr>
                <w:b/>
                <w:color w:val="000000"/>
                <w:sz w:val="18"/>
              </w:rPr>
              <w:t>Potpis i pečat</w:t>
            </w:r>
          </w:p>
        </w:tc>
        <w:tc>
          <w:tcPr>
            <w:tcW w:w="1060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AAE059" w14:textId="77777777" w:rsidR="005470F0" w:rsidRDefault="00000000">
            <w:r>
              <w:rPr>
                <w:color w:val="000000"/>
                <w:sz w:val="18"/>
              </w:rPr>
              <w:br/>
            </w:r>
          </w:p>
        </w:tc>
      </w:tr>
    </w:tbl>
    <w:p w14:paraId="6963BAA2" w14:textId="77777777" w:rsidR="00694896" w:rsidRDefault="00694896"/>
    <w:sectPr w:rsidR="00694896" w:rsidSect="00034616">
      <w:headerReference w:type="default" r:id="rId8"/>
      <w:footerReference w:type="default" r:id="rId9"/>
      <w:pgSz w:w="16838" w:h="11906" w:orient="landscape"/>
      <w:pgMar w:top="850" w:right="1134" w:bottom="850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DE459" w14:textId="77777777" w:rsidR="00694896" w:rsidRDefault="00694896">
      <w:pPr>
        <w:spacing w:after="0" w:line="240" w:lineRule="auto"/>
      </w:pPr>
      <w:r>
        <w:separator/>
      </w:r>
    </w:p>
  </w:endnote>
  <w:endnote w:type="continuationSeparator" w:id="0">
    <w:p w14:paraId="01B82D53" w14:textId="77777777" w:rsidR="00694896" w:rsidRDefault="00694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?l?r SVb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83EBC" w14:textId="77777777" w:rsidR="005470F0" w:rsidRDefault="00000000">
    <w:pPr>
      <w:pStyle w:val="Podnoje"/>
      <w:jc w:val="right"/>
    </w:pPr>
    <w:proofErr w:type="spellStart"/>
    <w:r>
      <w:rPr>
        <w:color w:val="666666"/>
        <w:sz w:val="17"/>
      </w:rPr>
      <w:t>Stranica</w:t>
    </w:r>
    <w:proofErr w:type="spellEnd"/>
    <w:r>
      <w:rPr>
        <w:color w:val="666666"/>
        <w:sz w:val="17"/>
      </w:rPr>
      <w:t xml:space="preserve"> </w:t>
    </w:r>
    <w:r>
      <w:rPr>
        <w:color w:val="666666"/>
        <w:sz w:val="17"/>
      </w:rPr>
      <w:fldChar w:fldCharType="begin"/>
    </w:r>
    <w:r>
      <w:rPr>
        <w:color w:val="666666"/>
        <w:sz w:val="17"/>
      </w:rPr>
      <w:instrText xml:space="preserve"> PAGE </w:instrText>
    </w:r>
    <w:r w:rsidR="008E6EF7">
      <w:rPr>
        <w:color w:val="666666"/>
        <w:sz w:val="17"/>
      </w:rPr>
      <w:fldChar w:fldCharType="separate"/>
    </w:r>
    <w:r w:rsidR="008E6EF7">
      <w:rPr>
        <w:noProof/>
        <w:color w:val="666666"/>
        <w:sz w:val="17"/>
      </w:rPr>
      <w:t>1</w:t>
    </w:r>
    <w:r>
      <w:rPr>
        <w:color w:val="666666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65E44" w14:textId="77777777" w:rsidR="00694896" w:rsidRDefault="00694896">
      <w:pPr>
        <w:spacing w:after="0" w:line="240" w:lineRule="auto"/>
      </w:pPr>
      <w:r>
        <w:separator/>
      </w:r>
    </w:p>
  </w:footnote>
  <w:footnote w:type="continuationSeparator" w:id="0">
    <w:p w14:paraId="0A0E98D1" w14:textId="77777777" w:rsidR="00694896" w:rsidRDefault="00694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56DF4" w14:textId="77777777" w:rsidR="005470F0" w:rsidRDefault="00000000">
    <w:pPr>
      <w:pStyle w:val="Zaglavlje"/>
      <w:jc w:val="center"/>
    </w:pPr>
    <w:r>
      <w:rPr>
        <w:b/>
        <w:color w:val="666666"/>
        <w:sz w:val="16"/>
      </w:rPr>
      <w:t>BOSNA I HERCEGOVINA</w:t>
    </w:r>
    <w:r>
      <w:rPr>
        <w:b/>
        <w:color w:val="666666"/>
        <w:sz w:val="16"/>
      </w:rPr>
      <w:br/>
    </w:r>
    <w:r>
      <w:rPr>
        <w:color w:val="666666"/>
        <w:sz w:val="16"/>
      </w:rPr>
      <w:t>FEDERACIJA BOSNE I HERCEGOVINE | TUZLANSKI KANTON</w:t>
    </w:r>
    <w:r>
      <w:rPr>
        <w:color w:val="666666"/>
        <w:sz w:val="16"/>
      </w:rPr>
      <w:br/>
    </w:r>
    <w:r>
      <w:rPr>
        <w:b/>
        <w:color w:val="1F4E79"/>
        <w:sz w:val="17"/>
      </w:rPr>
      <w:t>GRAD GRAČANICA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8660435">
    <w:abstractNumId w:val="8"/>
  </w:num>
  <w:num w:numId="2" w16cid:durableId="1659914859">
    <w:abstractNumId w:val="6"/>
  </w:num>
  <w:num w:numId="3" w16cid:durableId="1495953080">
    <w:abstractNumId w:val="5"/>
  </w:num>
  <w:num w:numId="4" w16cid:durableId="1970163090">
    <w:abstractNumId w:val="4"/>
  </w:num>
  <w:num w:numId="5" w16cid:durableId="959412849">
    <w:abstractNumId w:val="7"/>
  </w:num>
  <w:num w:numId="6" w16cid:durableId="801308829">
    <w:abstractNumId w:val="3"/>
  </w:num>
  <w:num w:numId="7" w16cid:durableId="228003891">
    <w:abstractNumId w:val="2"/>
  </w:num>
  <w:num w:numId="8" w16cid:durableId="126166028">
    <w:abstractNumId w:val="1"/>
  </w:num>
  <w:num w:numId="9" w16cid:durableId="368575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70F0"/>
    <w:rsid w:val="00694896"/>
    <w:rsid w:val="008E6EF7"/>
    <w:rsid w:val="00AA1D8D"/>
    <w:rsid w:val="00B47730"/>
    <w:rsid w:val="00CB0664"/>
    <w:rsid w:val="00F769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80CC69"/>
  <w14:defaultImageDpi w14:val="300"/>
  <w15:docId w15:val="{764962B7-8E10-421E-9E8A-4D65A3744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3 - Plan aktivnosti, rezultata, pokazatelja i promocije</dc:title>
  <dc:subject>Javni poziv za podršku marginaliziranim i ranjivim grupama</dc:subject>
  <dc:creator>Grad Gračanica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2026-06-22T23:01:00Z</dcterms:modified>
  <cp:category/>
</cp:coreProperties>
</file>